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7AC" w:rsidRPr="00A257C2" w:rsidRDefault="00A257C2">
      <w:pPr>
        <w:pStyle w:val="Titel"/>
        <w:rPr>
          <w:rFonts w:ascii="Trebuchet MS" w:hAnsi="Trebuchet MS"/>
        </w:rPr>
      </w:pPr>
      <w:r w:rsidRPr="00A257C2">
        <w:rPr>
          <w:rFonts w:ascii="Trebuchet MS" w:hAnsi="Trebuchet MS"/>
        </w:rPr>
        <w:t>Selbsthilfe-Podcast: Künstliche Intelligenz und Leitlinien-Navigator</w:t>
      </w:r>
    </w:p>
    <w:p w:rsidR="00D927AC" w:rsidRPr="00A257C2" w:rsidRDefault="00A257C2">
      <w:pPr>
        <w:pStyle w:val="Untertitel"/>
        <w:rPr>
          <w:rFonts w:ascii="Trebuchet MS" w:hAnsi="Trebuchet MS"/>
        </w:rPr>
      </w:pPr>
      <w:r w:rsidRPr="00A257C2">
        <w:rPr>
          <w:rFonts w:ascii="Trebuchet MS" w:hAnsi="Trebuchet MS"/>
        </w:rPr>
        <w:t>Korrigiertes Transkript</w:t>
      </w:r>
    </w:p>
    <w:p w:rsidR="00D927AC" w:rsidRPr="00A257C2" w:rsidRDefault="00A257C2">
      <w:pPr>
        <w:rPr>
          <w:rFonts w:ascii="Trebuchet MS" w:hAnsi="Trebuchet MS"/>
        </w:rPr>
      </w:pPr>
      <w:r w:rsidRPr="00A257C2">
        <w:rPr>
          <w:rFonts w:ascii="Trebuchet MS" w:hAnsi="Trebuchet MS"/>
        </w:rPr>
        <w:t>Sprecher: Marius Schlichting, Matthias Gröschel und Felix Mühlensiepen</w:t>
      </w:r>
    </w:p>
    <w:p w:rsidR="00D927AC" w:rsidRPr="00A257C2" w:rsidRDefault="00A257C2">
      <w:pPr>
        <w:rPr>
          <w:rFonts w:ascii="Trebuchet MS" w:hAnsi="Trebuchet MS"/>
        </w:rPr>
      </w:pPr>
      <w:r w:rsidRPr="00A257C2">
        <w:rPr>
          <w:rFonts w:ascii="Trebuchet MS" w:hAnsi="Trebuchet MS"/>
        </w:rPr>
        <w:t xml:space="preserve">Redaktioneller Hinweis: Das Transkript wurde sprachlich bereinigt und offensichtliche </w:t>
      </w:r>
      <w:r w:rsidRPr="00A257C2">
        <w:rPr>
          <w:rFonts w:ascii="Trebuchet MS" w:hAnsi="Trebuchet MS"/>
        </w:rPr>
        <w:t>Spracherkennungsfehler wurden korrigiert. Unklare Fach- und Projektnamen wurden, soweit aus dem Kontext erkennbar, vereinheitlicht. Stellen, deren Wortlaut nicht sicher rekonstruierbar war, wurden sinngemäß geglättet.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 xml:space="preserve">Hallo und herzlich </w:t>
      </w:r>
      <w:r w:rsidRPr="00A257C2">
        <w:rPr>
          <w:rFonts w:ascii="Trebuchet MS" w:hAnsi="Trebuchet MS"/>
        </w:rPr>
        <w:t>willkommen beim Selbsthilfe-Podcast. Mein Name ist Marius Schlichting und ich freue mich, euch zu unserer Folge in diesem Jahr begrüßen zu dürfen zu einem Thema, was ich weiß, was viele von euch umtreibt, was viele Fragen aufwirft, was gerade wirklich sowo</w:t>
      </w:r>
      <w:r w:rsidRPr="00A257C2">
        <w:rPr>
          <w:rFonts w:ascii="Trebuchet MS" w:hAnsi="Trebuchet MS"/>
        </w:rPr>
        <w:t>hl im Medizinischen, im Selbsthilfekontext als auch im Privaten irgendwie en vogue, sage ich mal. Und deswegen sind wir froh, heute Experten dabei zu haben, um das Thema auch endlich hier im Podcast angehen zu können.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das Thema ist K</w:t>
      </w:r>
      <w:r w:rsidRPr="00A257C2">
        <w:rPr>
          <w:rFonts w:ascii="Trebuchet MS" w:hAnsi="Trebuchet MS"/>
        </w:rPr>
        <w:t>I – künstliche Intelligenz (KI), AI, Artificial Intelligence, für die, die manchmal nicht genau wissen, was da der Unterschied ist, ist tatsächlich einfach nur die Übersetzung. Und ja, ich habe es auch schon einigen von euch werden bestimmt auch schon mitb</w:t>
      </w:r>
      <w:r w:rsidRPr="00A257C2">
        <w:rPr>
          <w:rFonts w:ascii="Trebuchet MS" w:hAnsi="Trebuchet MS"/>
        </w:rPr>
        <w:t>ekommen haben, dass ihr von der BAG Selbsthilfe da auch schon vorsichtig mal unseren dicken Zeh ins Wasser getaucht haben, um mal zu gucken, ja, was denn KI überhaupt für uns im Gesundheitswesen bedeutet. Aber nichtsdestotrotz fehlt uns da definitiv Expert</w:t>
      </w:r>
      <w:r w:rsidRPr="00A257C2">
        <w:rPr>
          <w:rFonts w:ascii="Trebuchet MS" w:hAnsi="Trebuchet MS"/>
        </w:rPr>
        <w:t>ise und die haben wir uns heute reingeholt und zwar in Form von Matthias Gröschel.</w:t>
      </w:r>
    </w:p>
    <w:p w:rsidR="00D927AC" w:rsidRPr="00A257C2" w:rsidRDefault="00A257C2">
      <w:pPr>
        <w:rPr>
          <w:rFonts w:ascii="Trebuchet MS" w:hAnsi="Trebuchet MS"/>
        </w:rPr>
      </w:pPr>
      <w:r w:rsidRPr="00A257C2">
        <w:rPr>
          <w:rFonts w:ascii="Trebuchet MS" w:hAnsi="Trebuchet MS"/>
          <w:b/>
        </w:rPr>
        <w:t>Marius Schlichting / Matthias Gröschel</w:t>
      </w:r>
      <w:r w:rsidRPr="00A257C2">
        <w:rPr>
          <w:rFonts w:ascii="Trebuchet MS" w:hAnsi="Trebuchet MS"/>
          <w:b/>
        </w:rPr>
        <w:br/>
      </w:r>
      <w:r w:rsidRPr="00A257C2">
        <w:rPr>
          <w:rFonts w:ascii="Trebuchet MS" w:hAnsi="Trebuchet MS"/>
        </w:rPr>
        <w:t xml:space="preserve">Hallo Matthias, schön, dass du da bist. ein. Und Felix Mühlensiepen schön, dass du heute mit dabei bist. Hallo, vielen Dank, dass ich </w:t>
      </w:r>
      <w:r w:rsidRPr="00A257C2">
        <w:rPr>
          <w:rFonts w:ascii="Trebuchet MS" w:hAnsi="Trebuchet MS"/>
        </w:rPr>
        <w:t>da sein darf.</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Super, also wie gesagt, für uns ganz großartig, dass ihr heute hier seid. Danke auch nochmal unsere Kollegin Jana Hassell, die das Ganze sozusagen ins Laufen gebracht hat und damit nochmal hier wirklich toll für uns Content</w:t>
      </w:r>
      <w:r w:rsidRPr="00A257C2">
        <w:rPr>
          <w:rFonts w:ascii="Trebuchet MS" w:hAnsi="Trebuchet MS"/>
        </w:rPr>
        <w:t xml:space="preserve"> kreiert hat oder uns die Möglichkeit gibt, hier nochmal interessanten Content zu kreieren. Matthias, vielleicht stellst du dich einfach mal zuerst vor und dann Felix und dann könnt ihr nochmal kurz was zu dem Projekt sagen, über das wir heute sprechen und</w:t>
      </w:r>
      <w:r w:rsidRPr="00A257C2">
        <w:rPr>
          <w:rFonts w:ascii="Trebuchet MS" w:hAnsi="Trebuchet MS"/>
        </w:rPr>
        <w:t xml:space="preserve"> was dann sozusagen mit dem Thema KI auch dann Prost zusammenhängt.</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Gerne. Vielen Dank, Ich bin Matthias Gröschel. Ich bin Arzt an der Klinik für Infektiologie und Pneumologie der Charité.</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Ich arbeite meist an Campus Vir</w:t>
      </w:r>
      <w:r w:rsidRPr="00A257C2">
        <w:rPr>
          <w:rFonts w:ascii="Trebuchet MS" w:hAnsi="Trebuchet MS"/>
        </w:rPr>
        <w:t xml:space="preserve">chow-Klinikum in Wedding Und ich bin hier in diesem </w:t>
      </w:r>
      <w:r w:rsidRPr="00A257C2">
        <w:rPr>
          <w:rFonts w:ascii="Trebuchet MS" w:hAnsi="Trebuchet MS"/>
        </w:rPr>
        <w:lastRenderedPageBreak/>
        <w:t>Rahmen als Koordinator von dem Projekt GUIDE-AI da sprechen wir gleich zu. Und genau, geht mal weiter an Felix. Danke.</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Danke, Matthias. Ja, ich bin Felix Mühlensiepen. Ich bin kein Arzt</w:t>
      </w:r>
      <w:r w:rsidRPr="00A257C2">
        <w:rPr>
          <w:rFonts w:ascii="Trebuchet MS" w:hAnsi="Trebuchet MS"/>
        </w:rPr>
        <w: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Ich bin Versorgungsforscher mit Hintergrund ursprünglich meine Soziologie. Und ich bin an der Medizinischen Hochschule Brandenburg tätig. Dort habe ich eine Nachwuchsgruppe mit dem Namen User Experience and Digital Health.</w:t>
      </w:r>
    </w:p>
    <w:p w:rsidR="00D927AC" w:rsidRPr="00A257C2" w:rsidRDefault="00A257C2">
      <w:pPr>
        <w:rPr>
          <w:rFonts w:ascii="Trebuchet MS" w:hAnsi="Trebuchet MS"/>
        </w:rPr>
      </w:pPr>
      <w:r w:rsidRPr="00A257C2">
        <w:rPr>
          <w:rFonts w:ascii="Trebuchet MS" w:hAnsi="Trebuchet MS"/>
          <w:b/>
        </w:rPr>
        <w:t>Felix Mühlen</w:t>
      </w:r>
      <w:r w:rsidRPr="00A257C2">
        <w:rPr>
          <w:rFonts w:ascii="Trebuchet MS" w:hAnsi="Trebuchet MS"/>
          <w:b/>
        </w:rPr>
        <w:t>siepen / Matthias Gröschel</w:t>
      </w:r>
      <w:r w:rsidRPr="00A257C2">
        <w:rPr>
          <w:rFonts w:ascii="Trebuchet MS" w:hAnsi="Trebuchet MS"/>
          <w:b/>
        </w:rPr>
        <w:br/>
      </w:r>
      <w:r w:rsidRPr="00A257C2">
        <w:rPr>
          <w:rFonts w:ascii="Trebuchet MS" w:hAnsi="Trebuchet MS"/>
        </w:rPr>
        <w:t>Genau, bin auch an der Charité tätig, am Deutschen Herzzentrum, wo wir die ePA beforschen, das aber heute im Hintergrund. Heute geht es vor allem um GUIDE-AI. Genau, Matthias, was ist das?</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GUIDE-AI, genau. Das i</w:t>
      </w:r>
      <w:r w:rsidRPr="00A257C2">
        <w:rPr>
          <w:rFonts w:ascii="Trebuchet MS" w:hAnsi="Trebuchet MS"/>
        </w:rPr>
        <w:t>st wir als Forschender. Wir sind ja eigentlich immer damit beschäftigt, uns Ideen zu überlegen.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Ich bin da ganz viel inspiriert von unseren Patientinnen auf unseren Stationen während Nachtdiensten oder Spätdiensten, wenn man sich so überl</w:t>
      </w:r>
      <w:r w:rsidRPr="00A257C2">
        <w:rPr>
          <w:rFonts w:ascii="Trebuchet MS" w:hAnsi="Trebuchet MS"/>
        </w:rPr>
        <w:t>egt, wo sind gerade so die Stolperstellen, wie kann man die Versorgung verbessern? Und dann schreiben wir uns die Ideen auf und reichen die bei Trittmittelgebern ein. Das kann die Bundesregierung sein, Ministerien oder die EU.</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Was Besonde</w:t>
      </w:r>
      <w:r w:rsidRPr="00A257C2">
        <w:rPr>
          <w:rFonts w:ascii="Trebuchet MS" w:hAnsi="Trebuchet MS"/>
        </w:rPr>
        <w:t>re an dem Projekt GUIDE-AI ist, dass es ein europäisches Projekt ist. heißt, wir sind einige Partner aus verschiedenen europäischen Ländern. Das sind dann Computerwissenschaftler, das sind Versorgungsforscher wie Felix Msieen und auch PatientenvertreterInn</w:t>
      </w:r>
      <w:r w:rsidRPr="00A257C2">
        <w:rPr>
          <w:rFonts w:ascii="Trebuchet MS" w:hAnsi="Trebuchet MS"/>
        </w:rPr>
        <w:t>en, Marius, da bist du der Repräsentant hier in der Runde. Und natürlich Kliniker.</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das Projekt GUIDE-AI ist dadurch entstanden. Das war, ich denke, das war das Jahr 2023. Ich hatte Dienst auf unserer Station Und ich glaube, das muss j</w:t>
      </w:r>
      <w:r w:rsidRPr="00A257C2">
        <w:rPr>
          <w:rFonts w:ascii="Trebuchet MS" w:hAnsi="Trebuchet MS"/>
        </w:rPr>
        <w:t>etzt nicht verstecken.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Aber die Versorgung in unseren Krankenhäusern ist jetzt nicht, also nicht immer so digital, wie man es gerne hätte. Und zum gleichen Zeitpunkt lese ich dann, dass ChatGPT 3.5 Das ist der Chatbot der KI-Chatbot von O</w:t>
      </w:r>
      <w:r w:rsidRPr="00A257C2">
        <w:rPr>
          <w:rFonts w:ascii="Trebuchet MS" w:hAnsi="Trebuchet MS"/>
        </w:rPr>
        <w:t>penAI, wo man eben Fragen stellen konnte.</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dann kamen Antworten zurück. Und ich habe mir überlegt, wie kann ich das denn zusammenbringen? Und dann ist er eine der Hauptstärken dieser Chatbots immer gewesen, Text zu verarbeiten.</w:t>
      </w:r>
    </w:p>
    <w:p w:rsidR="00D927AC" w:rsidRPr="00A257C2" w:rsidRDefault="00A257C2">
      <w:pPr>
        <w:rPr>
          <w:rFonts w:ascii="Trebuchet MS" w:hAnsi="Trebuchet MS"/>
        </w:rPr>
      </w:pPr>
      <w:r w:rsidRPr="00A257C2">
        <w:rPr>
          <w:rFonts w:ascii="Trebuchet MS" w:hAnsi="Trebuchet MS"/>
          <w:b/>
        </w:rPr>
        <w:t>Matthia</w:t>
      </w:r>
      <w:r w:rsidRPr="00A257C2">
        <w:rPr>
          <w:rFonts w:ascii="Trebuchet MS" w:hAnsi="Trebuchet MS"/>
          <w:b/>
        </w:rPr>
        <w:t>s Gröschel</w:t>
      </w:r>
      <w:r w:rsidRPr="00A257C2">
        <w:rPr>
          <w:rFonts w:ascii="Trebuchet MS" w:hAnsi="Trebuchet MS"/>
          <w:b/>
        </w:rPr>
        <w:br/>
      </w:r>
      <w:r w:rsidRPr="00A257C2">
        <w:rPr>
          <w:rFonts w:ascii="Trebuchet MS" w:hAnsi="Trebuchet MS"/>
        </w:rPr>
        <w:t xml:space="preserve">Und was sind so die Texte, mit denen ich besonders viel zu tun habe? Das sind Leitlinien. </w:t>
      </w:r>
      <w:r w:rsidRPr="00A257C2">
        <w:rPr>
          <w:rFonts w:ascii="Trebuchet MS" w:hAnsi="Trebuchet MS"/>
        </w:rPr>
        <w:lastRenderedPageBreak/>
        <w:t>Und als ich da dann so ein bisschen weiter nachgelesen habe, wieso Leitlinien im Alltag integriert sind, viel mehr auf, dass das häufig nicht so gut klappt</w:t>
      </w:r>
      <w:r w:rsidRPr="00A257C2">
        <w:rPr>
          <w:rFonts w:ascii="Trebuchet MS" w:hAnsi="Trebuchet MS"/>
        </w:rPr>
        <w:t>.</w:t>
      </w:r>
    </w:p>
    <w:p w:rsidR="00D927AC" w:rsidRPr="00A257C2" w:rsidRDefault="00A257C2">
      <w:pPr>
        <w:rPr>
          <w:rFonts w:ascii="Trebuchet MS" w:hAnsi="Trebuchet MS"/>
        </w:rPr>
      </w:pPr>
      <w:r w:rsidRPr="00A257C2">
        <w:rPr>
          <w:rFonts w:ascii="Trebuchet MS" w:hAnsi="Trebuchet MS"/>
          <w:b/>
        </w:rPr>
        <w:t>Matthias Gröschel / Felix Mühlensiepen</w:t>
      </w:r>
      <w:r w:rsidRPr="00A257C2">
        <w:rPr>
          <w:rFonts w:ascii="Trebuchet MS" w:hAnsi="Trebuchet MS"/>
          <w:b/>
        </w:rPr>
        <w:br/>
      </w:r>
      <w:r w:rsidRPr="00A257C2">
        <w:rPr>
          <w:rFonts w:ascii="Trebuchet MS" w:hAnsi="Trebuchet MS"/>
        </w:rPr>
        <w:t>Und da gibt es mehrere Gründe zu. Ich weiß nicht, Felix, du da jetzt nochmal zum Projektbeginn erst mal was sagen möchtest. du bist dann auch früh dazugekommen. Ja, das war total die angenehme Situation, denn der Ma</w:t>
      </w:r>
      <w:r w:rsidRPr="00A257C2">
        <w:rPr>
          <w:rFonts w:ascii="Trebuchet MS" w:hAnsi="Trebuchet MS"/>
        </w:rPr>
        <w:t>tthias, der hat quasi gemerkt, dass einerseits ich mich für das Thema interessiere, andererseits meinte Matthias, uns fehlt so ein bisschen so eine sozialwissenschaftliche und genau, es nennt sich Humanities, also menschenbezogene Forschungsrichtungen in u</w:t>
      </w:r>
      <w:r w:rsidRPr="00A257C2">
        <w:rPr>
          <w:rFonts w:ascii="Trebuchet MS" w:hAnsi="Trebuchet MS"/>
        </w:rPr>
        <w:t>nserem Forschungsprojekt.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dann hat mich der Matthias dazugeholt. Und ich muss sagen, also irgendwie eine schöne Anekdote war halt auch, als wir am Ende dann ja die Zusage von der EU bekommen haben. Da saß sie nämlich so in meinem Bür</w:t>
      </w:r>
      <w:r w:rsidRPr="00A257C2">
        <w:rPr>
          <w:rFonts w:ascii="Trebuchet MS" w:hAnsi="Trebuchet MS"/>
        </w:rPr>
        <w:t>o und dann kam eine E-Mail von der EU, die ist halt immer relativ unverständlich, weil man dann erstmal auf ein System weitergeleitet wird.</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 xml:space="preserve">Und ich dachte zuerst, dass es eine betrügerische E-Mail ist, wenn ich den Link klicke, dass ich </w:t>
      </w:r>
      <w:r w:rsidRPr="00A257C2">
        <w:rPr>
          <w:rFonts w:ascii="Trebuchet MS" w:hAnsi="Trebuchet MS"/>
        </w:rPr>
        <w:t>dann alle meine Daten abgegeben habe ein Virus habe oder meine Kontodaten geteilt habe, war unsicher, ob ich mich traue, da drauf zu klicken, aber irgendwie, ja, wirkte das dann doch echt. Ich habe da drauf geklickt und es sah so aus, als ob wir diese Förd</w:t>
      </w:r>
      <w:r w:rsidRPr="00A257C2">
        <w:rPr>
          <w:rFonts w:ascii="Trebuchet MS" w:hAnsi="Trebuchet MS"/>
        </w:rPr>
        <w:t>erung abgeholt haben. Und dann habe ich direkt Matthias angerufen, der glaube ich in einer Veranstaltung saß und gar nicht sprechen konnte.</w:t>
      </w:r>
    </w:p>
    <w:p w:rsidR="00D927AC" w:rsidRPr="00A257C2" w:rsidRDefault="00A257C2">
      <w:pPr>
        <w:rPr>
          <w:rFonts w:ascii="Trebuchet MS" w:hAnsi="Trebuchet MS"/>
        </w:rPr>
      </w:pPr>
      <w:r w:rsidRPr="00A257C2">
        <w:rPr>
          <w:rFonts w:ascii="Trebuchet MS" w:hAnsi="Trebuchet MS"/>
          <w:b/>
        </w:rPr>
        <w:t>Felix Mühlensiepen / Matthias Gröschel</w:t>
      </w:r>
      <w:r w:rsidRPr="00A257C2">
        <w:rPr>
          <w:rFonts w:ascii="Trebuchet MS" w:hAnsi="Trebuchet MS"/>
          <w:b/>
        </w:rPr>
        <w:br/>
      </w:r>
      <w:r w:rsidRPr="00A257C2">
        <w:rPr>
          <w:rFonts w:ascii="Trebuchet MS" w:hAnsi="Trebuchet MS"/>
        </w:rPr>
        <w:t>Und ich war so, Matthias, ich glaube, du hast es. du hast es. du bist jetzt b</w:t>
      </w:r>
      <w:r w:rsidRPr="00A257C2">
        <w:rPr>
          <w:rFonts w:ascii="Trebuchet MS" w:hAnsi="Trebuchet MS"/>
        </w:rPr>
        <w:t>erühmt. Naja, genau, ich denke, viel wichtiger ist irgendwie, dass das Team hat total viel Spaß gemacht, das sich auszudenken und wir denken einfach, dass du da wirklich einen richtig tollen Ort in der Versorgung gefunden haben. Und es gibt nämlich viele S</w:t>
      </w:r>
      <w:r w:rsidRPr="00A257C2">
        <w:rPr>
          <w:rFonts w:ascii="Trebuchet MS" w:hAnsi="Trebuchet MS"/>
        </w:rPr>
        <w:t>tudien, die die zeigen, dass viele Patientinnen nicht nach Leitlinien therapiert sind.</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das ist und das ist letztlich der Pitch von dem Projekt, dass wir sagen, wir möchten das gerne verstehen. Und im zweiten Schritt verbessern und das</w:t>
      </w:r>
      <w:r w:rsidRPr="00A257C2">
        <w:rPr>
          <w:rFonts w:ascii="Trebuchet MS" w:hAnsi="Trebuchet MS"/>
        </w:rPr>
        <w:t xml:space="preserve"> verbessern möchte ich auf gar keinen Fall jetzt als Zahl verstanden wissen. Es geht nicht darum, dass wir 100 Prozent leitliniengerecht therapieren sollen und wollen.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 xml:space="preserve">Denn Leitlinien sind natürlich ein wichtiger Anker in der Versorgung. </w:t>
      </w:r>
      <w:r w:rsidRPr="00A257C2">
        <w:rPr>
          <w:rFonts w:ascii="Trebuchet MS" w:hAnsi="Trebuchet MS"/>
        </w:rPr>
        <w:t>Man kann sich darauf immer gut berufen und sagen, ich als Ärztin habe nach Leitlinien therapiert. Das ist eine Vorschlag einer Fachgesellschaft nach einem sehr, sehr soliden Prozess, wo alle relevanten Studien begutachtet wurden.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 xml:space="preserve">Aber es </w:t>
      </w:r>
      <w:r w:rsidRPr="00A257C2">
        <w:rPr>
          <w:rFonts w:ascii="Trebuchet MS" w:hAnsi="Trebuchet MS"/>
        </w:rPr>
        <w:t xml:space="preserve">gibt eben viele, viele Situationen, wo Patientinnen nicht direkt in so eine Leitlinien passen. Und es gibt viele dann Situationen, Behandlungssituationen zwischen Ärztin und Patientin, wo das dann eben gerade nicht passt, wo man sagt, obwohl die </w:t>
      </w:r>
      <w:r w:rsidRPr="00A257C2">
        <w:rPr>
          <w:rFonts w:ascii="Trebuchet MS" w:hAnsi="Trebuchet MS"/>
        </w:rPr>
        <w:lastRenderedPageBreak/>
        <w:t xml:space="preserve">Leitlinie </w:t>
      </w:r>
      <w:r w:rsidRPr="00A257C2">
        <w:rPr>
          <w:rFonts w:ascii="Trebuchet MS" w:hAnsi="Trebuchet MS"/>
        </w:rPr>
        <w:t>sagt, sie sollten jetzt noch ein Medikament zusätzlich bekommen, passt das gerade in Ihrem Fall nicht aus verschiedenen Gründen. Und das wissen wir aber aber nicht.</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 xml:space="preserve">Wenn wir jetzt die Daten angucken, die veröffentlicht sind, dann wird da </w:t>
      </w:r>
      <w:r w:rsidRPr="00A257C2">
        <w:rPr>
          <w:rFonts w:ascii="Trebuchet MS" w:hAnsi="Trebuchet MS"/>
        </w:rPr>
        <w:t xml:space="preserve">gesagt, man guckt sich die Patientinnen an Von vier empfohlene Medikamenten waren für die allermeisten nur drei vorhanden. Und dann sagt man, die wurden nicht leid in den Gericht therapiert, weil einfach nirgendwo steht, warum sie dieses vierte Medikament </w:t>
      </w:r>
      <w:r w:rsidRPr="00A257C2">
        <w:rPr>
          <w:rFonts w:ascii="Trebuchet MS" w:hAnsi="Trebuchet MS"/>
        </w:rPr>
        <w:t>vielleicht nicht bekommen hatten. Und sicherlich gibt es da einige, wo man sagen kann, genau jedes Jahr kommen neue Leitlinien, die sind 150 Seiten lang.</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Wir Ärztinnen haben arbeiten unter Zeitdruck, haben jetzt nicht immer die Ressourcen</w:t>
      </w:r>
      <w:r w:rsidRPr="00A257C2">
        <w:rPr>
          <w:rFonts w:ascii="Trebuchet MS" w:hAnsi="Trebuchet MS"/>
        </w:rPr>
        <w:t>, um diese PDFs zu wälzen und dann vergisst man mal irgendwie, das ist sicherlich, kann das passieren. Aber ich denke, es gibt da ganz viele Aspekte in der, wenn man irgendwie Patientinnen Daten und Leitlinien zusammenbringt, die da noch mit dazugehören un</w:t>
      </w:r>
      <w:r w:rsidRPr="00A257C2">
        <w:rPr>
          <w:rFonts w:ascii="Trebuchet MS" w:hAnsi="Trebuchet MS"/>
        </w:rPr>
        <w:t>d die wollen wir in einem Projekt eben dann mit verschiedenster Expertise gerne verstehen. Ja, ich denke, das Problem, was für Schüler beziehungsweise der Grund, warum ihr euch mit dem Thema befasst, ist, denke ich, sehr eindeutig und gerade in der Patient</w:t>
      </w:r>
      <w:r w:rsidRPr="00A257C2">
        <w:rPr>
          <w:rFonts w:ascii="Trebuchet MS" w:hAnsi="Trebuchet MS"/>
        </w:rPr>
        <w:t>innenvertretung auch jetzt nicht ganz unbekannt.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Also gerade was die Versorgung der Patientinnen angeht. Jetzt kommt natürlich, muss ich einmal die kritische Frage so ein bisschen aus, ich sag mal, unserem Publikum stellen. Denn ich sage</w:t>
      </w:r>
      <w:r w:rsidRPr="00A257C2">
        <w:rPr>
          <w:rFonts w:ascii="Trebuchet MS" w:hAnsi="Trebuchet MS"/>
        </w:rPr>
        <w:t xml:space="preserve"> mal, die hat es ja gerade gesagt, die Leitlinien gibt es ja quasi schon und danach wird auch behandelt.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das ist natürlich in menschlichem Ermessen, wie auch immer, dass sie genau eingehalten werden, dass sie vielleicht aus spezielle</w:t>
      </w:r>
      <w:r w:rsidRPr="00A257C2">
        <w:rPr>
          <w:rFonts w:ascii="Trebuchet MS" w:hAnsi="Trebuchet MS"/>
        </w:rPr>
        <w:t>n Gründen nicht eingehalten werden. Was macht denn da jetzt KI besser? Also das ist ja jetzt sozusagen die Frage, was würde jetzt eine KI-gestützt oder einI-gestützter Leitlinien-Navigator, so nennt ihr das ja in eurem Projekt.</w:t>
      </w:r>
    </w:p>
    <w:p w:rsidR="00D927AC" w:rsidRPr="00A257C2" w:rsidRDefault="00A257C2">
      <w:pPr>
        <w:rPr>
          <w:rFonts w:ascii="Trebuchet MS" w:hAnsi="Trebuchet MS"/>
        </w:rPr>
      </w:pPr>
      <w:r w:rsidRPr="00A257C2">
        <w:rPr>
          <w:rFonts w:ascii="Trebuchet MS" w:hAnsi="Trebuchet MS"/>
          <w:b/>
        </w:rPr>
        <w:t>Marius Schlichting / Matthia</w:t>
      </w:r>
      <w:r w:rsidRPr="00A257C2">
        <w:rPr>
          <w:rFonts w:ascii="Trebuchet MS" w:hAnsi="Trebuchet MS"/>
          <w:b/>
        </w:rPr>
        <w:t>s Gröschel</w:t>
      </w:r>
      <w:r w:rsidRPr="00A257C2">
        <w:rPr>
          <w:rFonts w:ascii="Trebuchet MS" w:hAnsi="Trebuchet MS"/>
          <w:b/>
        </w:rPr>
        <w:br/>
      </w:r>
      <w:r w:rsidRPr="00A257C2">
        <w:rPr>
          <w:rFonts w:ascii="Trebuchet MS" w:hAnsi="Trebuchet MS"/>
        </w:rPr>
        <w:t>Wie würde das quasi zu uns perspektivisch die Situation von Patienten und Patientinnen verbessern? Da gibt es Ich würde jetzt mal berichten über das, was den Ärztinnen, wie es die Ärztinnen unterstützt. Und Felix, kennst du dann auch auf die Kom</w:t>
      </w:r>
      <w:r w:rsidRPr="00A257C2">
        <w:rPr>
          <w:rFonts w:ascii="Trebuchet MS" w:hAnsi="Trebuchet MS"/>
        </w:rPr>
        <w:t>ponenten eingehen, die dann für die Patientinnen gedacht sind.</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Aus unserer Sicht sollte es eben nicht so sein, dass dass man irgendwie die Patientinnendaten in ein ki-Algorithmus kippt. Das könnte man ja jetzt auch schon testen mit irgend</w:t>
      </w:r>
      <w:r w:rsidRPr="00A257C2">
        <w:rPr>
          <w:rFonts w:ascii="Trebuchet MS" w:hAnsi="Trebuchet MS"/>
        </w:rPr>
        <w:t>wie in den verschiedenen Modellen, die online verfügbar sind von Cloud über zu OpenAI. Sondern das muss ein Prozess sein, der sehr gut verstanden ist Und idealerweise auch von zusammen mit den Ärztinnen und dann weiterfall auch mit Patientinnen passiert.</w:t>
      </w:r>
    </w:p>
    <w:p w:rsidR="00D927AC" w:rsidRPr="00A257C2" w:rsidRDefault="00A257C2">
      <w:pPr>
        <w:rPr>
          <w:rFonts w:ascii="Trebuchet MS" w:hAnsi="Trebuchet MS"/>
        </w:rPr>
      </w:pPr>
      <w:r w:rsidRPr="00A257C2">
        <w:rPr>
          <w:rFonts w:ascii="Trebuchet MS" w:hAnsi="Trebuchet MS"/>
          <w:b/>
        </w:rPr>
        <w:t>M</w:t>
      </w:r>
      <w:r w:rsidRPr="00A257C2">
        <w:rPr>
          <w:rFonts w:ascii="Trebuchet MS" w:hAnsi="Trebuchet MS"/>
          <w:b/>
        </w:rPr>
        <w:t>atthias Gröschel</w:t>
      </w:r>
      <w:r w:rsidRPr="00A257C2">
        <w:rPr>
          <w:rFonts w:ascii="Trebuchet MS" w:hAnsi="Trebuchet MS"/>
          <w:b/>
        </w:rPr>
        <w:br/>
      </w:r>
      <w:r w:rsidRPr="00A257C2">
        <w:rPr>
          <w:rFonts w:ascii="Trebuchet MS" w:hAnsi="Trebuchet MS"/>
        </w:rPr>
        <w:t xml:space="preserve">Also unsere Vision ist, dass die Patientinnen Daten in diesen Navigator eingegeben werden. Der Navigator hat Zugriff auf die Entscheidungsalgorithmen der Leitlinien. Und allein das </w:t>
      </w:r>
      <w:r w:rsidRPr="00A257C2">
        <w:rPr>
          <w:rFonts w:ascii="Trebuchet MS" w:hAnsi="Trebuchet MS"/>
        </w:rPr>
        <w:lastRenderedPageBreak/>
        <w:t>ist schon ein Prozess aus einem PDF-Dokument zu verstehen,</w:t>
      </w:r>
      <w:r w:rsidRPr="00A257C2">
        <w:rPr>
          <w:rFonts w:ascii="Trebuchet MS" w:hAnsi="Trebuchet MS"/>
        </w:rPr>
        <w:t xml:space="preserve"> wie sind denn da jetzt genau die Entscheidungsprozesse.</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dann wird gemeinsam mit den Ärztinnen sozusagen, werden die verschiedenen Entscheidungsknoten entlang durchgegangen. Und da, wo man Interpretationsspielraum hat, wollen wir ganz</w:t>
      </w:r>
      <w:r w:rsidRPr="00A257C2">
        <w:rPr>
          <w:rFonts w:ascii="Trebuchet MS" w:hAnsi="Trebuchet MS"/>
        </w:rPr>
        <w:t xml:space="preserve"> aktiv auch die Ärztinnen darum bitten, das auch abzuklicken, um da wirklich der KI eigentlich keine Interpretationsspielraum zu lassen. Vielleicht wird das später mal möglich sein in der Zukunft, aber aktuell denken wir, dass dass es einfach wichtig ist, </w:t>
      </w:r>
      <w:r w:rsidRPr="00A257C2">
        <w:rPr>
          <w:rFonts w:ascii="Trebuchet MS" w:hAnsi="Trebuchet MS"/>
        </w:rPr>
        <w:t>dass wenn irgendwo genau was interpretiert werden soll, dass es dann auch wirklich Ärztinnen tun.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dann kommt plötzlich ist unsere Revision, dass dann herauskommt. Also für die Patientin, die Sie gerade besprechen mit dem Navigator. Ge</w:t>
      </w:r>
      <w:r w:rsidRPr="00A257C2">
        <w:rPr>
          <w:rFonts w:ascii="Trebuchet MS" w:hAnsi="Trebuchet MS"/>
        </w:rPr>
        <w:t>nau, wurde zum Beispiel jetzt vergessen, dann bestimmten Blutwert zu messen oder eigentlich laut Staaten könnte man die Therapie erweitern.</w:t>
      </w:r>
    </w:p>
    <w:p w:rsidR="00D927AC" w:rsidRPr="00A257C2" w:rsidRDefault="00A257C2">
      <w:pPr>
        <w:rPr>
          <w:rFonts w:ascii="Trebuchet MS" w:hAnsi="Trebuchet MS"/>
        </w:rPr>
      </w:pPr>
      <w:r w:rsidRPr="00A257C2">
        <w:rPr>
          <w:rFonts w:ascii="Trebuchet MS" w:hAnsi="Trebuchet MS"/>
          <w:b/>
        </w:rPr>
        <w:t>Matthias Gröschel / Felix Mühlensiepen</w:t>
      </w:r>
      <w:r w:rsidRPr="00A257C2">
        <w:rPr>
          <w:rFonts w:ascii="Trebuchet MS" w:hAnsi="Trebuchet MS"/>
          <w:b/>
        </w:rPr>
        <w:br/>
      </w:r>
      <w:r w:rsidRPr="00A257C2">
        <w:rPr>
          <w:rFonts w:ascii="Trebuchet MS" w:hAnsi="Trebuchet MS"/>
        </w:rPr>
        <w:t>Und dann kommt aber, wie gesagt, da übergebe ich mal, Felix, natürlich noch d</w:t>
      </w:r>
      <w:r w:rsidRPr="00A257C2">
        <w:rPr>
          <w:rFonts w:ascii="Trebuchet MS" w:hAnsi="Trebuchet MS"/>
        </w:rPr>
        <w:t>ie Patientenperspektive mit rein, um quasi dann aktiv das Arzt Patient Gespräch zu suchen. Genau, ich glaube, das ist auch noch ein wichtiger Punkt. Das würde ich jetzt so weiterführen, dass das Ganze natürlich nicht nur ärztlich sein sollte.</w:t>
      </w:r>
    </w:p>
    <w:p w:rsidR="00D927AC" w:rsidRPr="00A257C2" w:rsidRDefault="00A257C2">
      <w:pPr>
        <w:rPr>
          <w:rFonts w:ascii="Trebuchet MS" w:hAnsi="Trebuchet MS"/>
        </w:rPr>
      </w:pPr>
      <w:r w:rsidRPr="00A257C2">
        <w:rPr>
          <w:rFonts w:ascii="Trebuchet MS" w:hAnsi="Trebuchet MS"/>
          <w:b/>
        </w:rPr>
        <w:t>Felix Mühlens</w:t>
      </w:r>
      <w:r w:rsidRPr="00A257C2">
        <w:rPr>
          <w:rFonts w:ascii="Trebuchet MS" w:hAnsi="Trebuchet MS"/>
          <w:b/>
        </w:rPr>
        <w:t>iepen</w:t>
      </w:r>
      <w:r w:rsidRPr="00A257C2">
        <w:rPr>
          <w:rFonts w:ascii="Trebuchet MS" w:hAnsi="Trebuchet MS"/>
          <w:b/>
        </w:rPr>
        <w:br/>
      </w:r>
      <w:r w:rsidRPr="00A257C2">
        <w:rPr>
          <w:rFonts w:ascii="Trebuchet MS" w:hAnsi="Trebuchet MS"/>
        </w:rPr>
        <w:t>Also beende nicht nur ein Artefakt entstehen, was Ärztinnen nutzen können, sondern es soll auch was für die Patientinnen und Patienten und Angehörige und Zugehörige nutzbar sein. Da sind wir gerade dabei, was denn konkret das sein könnte, ob das jetz</w:t>
      </w:r>
      <w:r w:rsidRPr="00A257C2">
        <w:rPr>
          <w:rFonts w:ascii="Trebuchet MS" w:hAnsi="Trebuchet MS"/>
        </w:rPr>
        <w:t>t tatsächlich auch sowas wie eine Art Chatbot ist oder ob es vielleicht ja doch auch dann ganz undigital daherkommt und vielleicht auch irgendwie eine Art Ausdruck ist, Informationsblatt. Das Ganze, diese Bedürfnisse, die versuchen wir gerade in unserem Ar</w:t>
      </w:r>
      <w:r w:rsidRPr="00A257C2">
        <w:rPr>
          <w:rFonts w:ascii="Trebuchet MS" w:hAnsi="Trebuchet MS"/>
        </w:rPr>
        <w:t>beitspaket 2 User Centricity, also da stehen die eigentlich Nutzer in Fokus herauszufinden.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Denn wir wissen natürlich nicht alle wollen unbedingt jetzt KI nutzen. Nicht alle wollen unbedingt leitliniengerecht behandelt werden. Es gibt da</w:t>
      </w:r>
      <w:r w:rsidRPr="00A257C2">
        <w:rPr>
          <w:rFonts w:ascii="Trebuchet MS" w:hAnsi="Trebuchet MS"/>
        </w:rPr>
        <w:t xml:space="preserve"> ganz unterschiedliche Wünsche, ob es jetzt zum Beispiel in bestimmten Bereichen eine maximale Lebensverlängerung ist, möglichst Gesundheit anstrengend oder geht es um Lebensqualität oder weniger Therapielast?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Da gibt es ganz unterschied</w:t>
      </w:r>
      <w:r w:rsidRPr="00A257C2">
        <w:rPr>
          <w:rFonts w:ascii="Trebuchet MS" w:hAnsi="Trebuchet MS"/>
        </w:rPr>
        <w:t>liche Bedürfnisse und wir versuchen gerade das eine riesige Aufgabe, muss ich gestehen. Wir versuchen da gerade halt irgendwie so eine Art, naja, vielleicht Navigation oder Orientierung in dem zu schaffen, welche Bedürfnisse an so eine Patientinnenoberfläc</w:t>
      </w:r>
      <w:r w:rsidRPr="00A257C2">
        <w:rPr>
          <w:rFonts w:ascii="Trebuchet MS" w:hAnsi="Trebuchet MS"/>
        </w:rPr>
        <w:t>he, in welcher Form, die auch immer aussieht, ob es jetzt ein Chatbot ist, ob es ein Ausdruck ist. Genau, welche Bedürfnisse da bestehen.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Ganze versuchen wir, also das ist das Besondere, glaube ich, das auch so meine Herausforderung in d</w:t>
      </w:r>
      <w:r w:rsidRPr="00A257C2">
        <w:rPr>
          <w:rFonts w:ascii="Trebuchet MS" w:hAnsi="Trebuchet MS"/>
        </w:rPr>
        <w:t xml:space="preserve">iesen Arbeitspaket 2. Wir starten jetzt, bevor irgendwas entwickelt </w:t>
      </w:r>
      <w:r w:rsidRPr="00A257C2">
        <w:rPr>
          <w:rFonts w:ascii="Trebuchet MS" w:hAnsi="Trebuchet MS"/>
        </w:rPr>
        <w:lastRenderedPageBreak/>
        <w:t>wurde. Das, wir fangen gerade schon an, dazu zu tragen, ja, wie möchten Sie eigentlich KI irgendwie in Ihrer Gesundheitsversorgung haben?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KI ist ja erstmal ein weite</w:t>
      </w:r>
      <w:r w:rsidRPr="00A257C2">
        <w:rPr>
          <w:rFonts w:ascii="Trebuchet MS" w:hAnsi="Trebuchet MS"/>
        </w:rPr>
        <w:t>s Feld. Das heißt, wir versuchen da so konkret wie möglich zu sein, auch wenn es dann manchmal sehr abstrakt ist. Ich glaube, das ist auch so eine Herausforderung jetzt hier im Podcast, dass der wirklich irgendwie so etwas noch kaum berührbares.</w:t>
      </w:r>
    </w:p>
    <w:p w:rsidR="00D927AC" w:rsidRPr="00A257C2" w:rsidRDefault="00A257C2">
      <w:pPr>
        <w:rPr>
          <w:rFonts w:ascii="Trebuchet MS" w:hAnsi="Trebuchet MS"/>
        </w:rPr>
      </w:pPr>
      <w:r w:rsidRPr="00A257C2">
        <w:rPr>
          <w:rFonts w:ascii="Trebuchet MS" w:hAnsi="Trebuchet MS"/>
          <w:b/>
        </w:rPr>
        <w:t>Felix Mühl</w:t>
      </w:r>
      <w:r w:rsidRPr="00A257C2">
        <w:rPr>
          <w:rFonts w:ascii="Trebuchet MS" w:hAnsi="Trebuchet MS"/>
          <w:b/>
        </w:rPr>
        <w:t>ensiepen</w:t>
      </w:r>
      <w:r w:rsidRPr="00A257C2">
        <w:rPr>
          <w:rFonts w:ascii="Trebuchet MS" w:hAnsi="Trebuchet MS"/>
          <w:b/>
        </w:rPr>
        <w:br/>
      </w:r>
      <w:r w:rsidRPr="00A257C2">
        <w:rPr>
          <w:rFonts w:ascii="Trebuchet MS" w:hAnsi="Trebuchet MS"/>
        </w:rPr>
        <w:t>Und da befragen wir sowohl Leute in der Gesundheitsversorgung, aber halt eben auch Patientinnen und Angehörige. Und das in unterschiedlichen Krankheitsbereichen mit unterschiedlichen Erkrankungen. Und da merken wir auch, dass da ganz große Untersc</w:t>
      </w:r>
      <w:r w:rsidRPr="00A257C2">
        <w:rPr>
          <w:rFonts w:ascii="Trebuchet MS" w:hAnsi="Trebuchet MS"/>
        </w:rPr>
        <w:t>hiede gibt, wer eigentlich was möchte.</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Genau und was vielleicht auch noch wichtig ist, unsere Forschung, die besteht sowohl aus Fragebogenerhebung, also einerseits auf Deutsch, aber auch auf Italienisch, denn ich glaube, das muss auch no</w:t>
      </w:r>
      <w:r w:rsidRPr="00A257C2">
        <w:rPr>
          <w:rFonts w:ascii="Trebuchet MS" w:hAnsi="Trebuchet MS"/>
        </w:rPr>
        <w:t>chmal gesagt werden. Wir sind ein internationales Projekt. Auch das ist total aufregend.</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Also wir haben auch eine eine Patientenorganisation beziehungsweise eigentlich eher eine Bürgerbewegung aus Italien, „Cittadinanzattiva“. Ich habe i</w:t>
      </w:r>
      <w:r w:rsidRPr="00A257C2">
        <w:rPr>
          <w:rFonts w:ascii="Trebuchet MS" w:hAnsi="Trebuchet MS"/>
        </w:rPr>
        <w:t>m Projekt gelernt, das nennt sich sowas wie, glaube ich, aufmerksame Bürgerschaft.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 xml:space="preserve">Und die sind auch bei uns beteiligt, unterstützen uns ähnlich wie die BAG Selbsthilfe. Und genau, einerseits halt eben Fragebögen, andererseits aber auch </w:t>
      </w:r>
      <w:r w:rsidRPr="00A257C2">
        <w:rPr>
          <w:rFonts w:ascii="Trebuchet MS" w:hAnsi="Trebuchet MS"/>
        </w:rPr>
        <w:t>qualitative Interviews. Das heißt, wir sprechen tatsächlich also eben auch mit Patientinnen und fragen dann in der Tiefe nach, was ist gewünscht, wie läuft Ihre Gesundheitsversorgung?</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mit dieser Mischung und auch Gruppendiskussionen,</w:t>
      </w:r>
      <w:r w:rsidRPr="00A257C2">
        <w:rPr>
          <w:rFonts w:ascii="Trebuchet MS" w:hAnsi="Trebuchet MS"/>
        </w:rPr>
        <w:t xml:space="preserve"> die dann anschließen, wollen wir dann sozusagen die Technikerinnen und Techniker und halt eben auch die Klinikerinnen und Kliniker damit ausstatten, was denn von den eigentlichen Nutzern, den späteren, gewünscht ist. Genau. Ja, das ist total spannend.</w:t>
      </w:r>
    </w:p>
    <w:p w:rsidR="00D927AC" w:rsidRPr="00A257C2" w:rsidRDefault="00A257C2">
      <w:pPr>
        <w:rPr>
          <w:rFonts w:ascii="Trebuchet MS" w:hAnsi="Trebuchet MS"/>
        </w:rPr>
      </w:pPr>
      <w:r w:rsidRPr="00A257C2">
        <w:rPr>
          <w:rFonts w:ascii="Trebuchet MS" w:hAnsi="Trebuchet MS"/>
          <w:b/>
        </w:rPr>
        <w:t>Mar</w:t>
      </w:r>
      <w:r w:rsidRPr="00A257C2">
        <w:rPr>
          <w:rFonts w:ascii="Trebuchet MS" w:hAnsi="Trebuchet MS"/>
          <w:b/>
        </w:rPr>
        <w:t>ius Schlichting</w:t>
      </w:r>
      <w:r w:rsidRPr="00A257C2">
        <w:rPr>
          <w:rFonts w:ascii="Trebuchet MS" w:hAnsi="Trebuchet MS"/>
          <w:b/>
        </w:rPr>
        <w:br/>
      </w:r>
      <w:r w:rsidRPr="00A257C2">
        <w:rPr>
          <w:rFonts w:ascii="Trebuchet MS" w:hAnsi="Trebuchet MS"/>
        </w:rPr>
        <w:t>Ich glaube, ihr zeigt gerade sehr gut aus sozusagen, sowohl Ärztinnen als auch Patientinnenperspektive auf, wo ihr daran seid und worauf ihr auch achtet. Das glaube ich war jetzt gerade sehr wichtig. Zum einen fand ich wichtig, was du gesag</w:t>
      </w:r>
      <w:r w:rsidRPr="00A257C2">
        <w:rPr>
          <w:rFonts w:ascii="Trebuchet MS" w:hAnsi="Trebuchet MS"/>
        </w:rPr>
        <w:t>t hast, Matthias, dass eben wir noch nicht an dem Punkt sind, dass die KI jetzt komplette, eine Ärztin ersetzt, beziehungsweise das ohne Kontrolle funktioniert.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Ich glaube, das ist ja was, wovor viele Leute Angst haben, wenn sie KI hören</w:t>
      </w:r>
      <w:r w:rsidRPr="00A257C2">
        <w:rPr>
          <w:rFonts w:ascii="Trebuchet MS" w:hAnsi="Trebuchet MS"/>
        </w:rPr>
        <w:t>, sondern es geht da ja wirklich um eine KI-Unterstützung für die Behandlung. Das denke ich, ist immer wichtig, dass man das rausstellt. Und zum anderen fand ich wichtig, Felix, was du gesagt hast, auch vielleicht auch noch du kurz einmal für die Zuhörende</w:t>
      </w:r>
      <w:r w:rsidRPr="00A257C2">
        <w:rPr>
          <w:rFonts w:ascii="Trebuchet MS" w:hAnsi="Trebuchet MS"/>
        </w:rPr>
        <w:t>n zusammenzufassen.</w:t>
      </w:r>
    </w:p>
    <w:p w:rsidR="00D927AC" w:rsidRPr="00A257C2" w:rsidRDefault="00A257C2">
      <w:pPr>
        <w:rPr>
          <w:rFonts w:ascii="Trebuchet MS" w:hAnsi="Trebuchet MS"/>
        </w:rPr>
      </w:pPr>
      <w:r w:rsidRPr="00A257C2">
        <w:rPr>
          <w:rFonts w:ascii="Trebuchet MS" w:hAnsi="Trebuchet MS"/>
          <w:b/>
        </w:rPr>
        <w:lastRenderedPageBreak/>
        <w:t>Marius Schlichting</w:t>
      </w:r>
      <w:r w:rsidRPr="00A257C2">
        <w:rPr>
          <w:rFonts w:ascii="Trebuchet MS" w:hAnsi="Trebuchet MS"/>
          <w:b/>
        </w:rPr>
        <w:br/>
      </w:r>
      <w:r w:rsidRPr="00A257C2">
        <w:rPr>
          <w:rFonts w:ascii="Trebuchet MS" w:hAnsi="Trebuchet MS"/>
        </w:rPr>
        <w:t>Ich habe mich ja mit eurem Voricht schon so ein bisschen beschäftigt, dass ihr eben ganz viel Wert auch darauf legt, jetzt schon Patienten und Patientinnen Ideen, Meinungen, Interessen irgendwie abzufragen, bevor es i</w:t>
      </w:r>
      <w:r w:rsidRPr="00A257C2">
        <w:rPr>
          <w:rFonts w:ascii="Trebuchet MS" w:hAnsi="Trebuchet MS"/>
        </w:rPr>
        <w:t>n die Produktion geht, beziehungsweise bevor es die weitergehende Forschung geht. Das, denke ich, ist ganz wichtig, denn aus Patientinnen-Sicht hat man ja sehr oft das Gefühl, so ein bisschen gerade was die, nicht im Speziellen, aber auch was die Digitalis</w:t>
      </w:r>
      <w:r w:rsidRPr="00A257C2">
        <w:rPr>
          <w:rFonts w:ascii="Trebuchet MS" w:hAnsi="Trebuchet MS"/>
        </w:rPr>
        <w:t>ierung, des Gesundheitswesens angeht, gerade bei älteren, nicht unbedingt technisch affinen Menschen, da so vor Felte Tatsachen gestellt zu werden und dann viel Überforderung einfach zu erleben. Das ist so das, womit ich mich sehr viel beschäftige und wo i</w:t>
      </w:r>
      <w:r w:rsidRPr="00A257C2">
        <w:rPr>
          <w:rFonts w:ascii="Trebuchet MS" w:hAnsi="Trebuchet MS"/>
        </w:rPr>
        <w:t>ch eben auch auf der einen Seite sagen kann, ja, also beziehungsweise auch, wo man auch mal sagen muss, okay, vielleicht setzt du es halt auch einfach nicht auseinander, dann muss es dich nicht wundern, dass es dich überfordert.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Aber auf</w:t>
      </w:r>
      <w:r w:rsidRPr="00A257C2">
        <w:rPr>
          <w:rFonts w:ascii="Trebuchet MS" w:hAnsi="Trebuchet MS"/>
        </w:rPr>
        <w:t xml:space="preserve"> der anderen Seite natürlich auch trotzdem, dass es eben manchmal auch sehr viel ist und sehr viel auf einmal ist. Und deswegen muss ich ganz ehrlich sagen, aus Patientinnenperspektive oder aus Patientinnen Vertreter Perspektive finde ich das ganz großarti</w:t>
      </w:r>
      <w:r w:rsidRPr="00A257C2">
        <w:rPr>
          <w:rFonts w:ascii="Trebuchet MS" w:hAnsi="Trebuchet MS"/>
        </w:rPr>
        <w:t>g, dass sie sozusagen schon evaluiert, bevor es sozusagen losgeht, als das erst danach zu tun, was ja sonst oft so der Modus operandi ist eigentlich. Cool.</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Man könnte ja auch überlegen, ob man nicht die Therapieerklärungen dann vielleicht</w:t>
      </w:r>
      <w:r w:rsidRPr="00A257C2">
        <w:rPr>
          <w:rFonts w:ascii="Trebuchet MS" w:hAnsi="Trebuchet MS"/>
        </w:rPr>
        <w:t xml:space="preserve"> in Form eines Podcasts für die Patientinnen aufbereitet. Da ist KI natürlich wiederum sehr hilfreich. Ein kleines Erklärvideo-Podcast.</w:t>
      </w:r>
    </w:p>
    <w:p w:rsidR="00D927AC" w:rsidRPr="00A257C2" w:rsidRDefault="00A257C2">
      <w:pPr>
        <w:rPr>
          <w:rFonts w:ascii="Trebuchet MS" w:hAnsi="Trebuchet MS"/>
        </w:rPr>
      </w:pPr>
      <w:r w:rsidRPr="00A257C2">
        <w:rPr>
          <w:rFonts w:ascii="Trebuchet MS" w:hAnsi="Trebuchet MS"/>
          <w:b/>
        </w:rPr>
        <w:t>Marius Schlichting / Felix Mühlensiepen</w:t>
      </w:r>
      <w:r w:rsidRPr="00A257C2">
        <w:rPr>
          <w:rFonts w:ascii="Trebuchet MS" w:hAnsi="Trebuchet MS"/>
          <w:b/>
        </w:rPr>
        <w:br/>
      </w:r>
      <w:r w:rsidRPr="00A257C2">
        <w:rPr>
          <w:rFonts w:ascii="Trebuchet MS" w:hAnsi="Trebuchet MS"/>
        </w:rPr>
        <w:t xml:space="preserve">Ja, definitiv. Gerade Erklärvideos mit KI-Unterstützung ist bei uns auch gerade </w:t>
      </w:r>
      <w:r w:rsidRPr="00A257C2">
        <w:rPr>
          <w:rFonts w:ascii="Trebuchet MS" w:hAnsi="Trebuchet MS"/>
        </w:rPr>
        <w:t>ein Thema tatsächlich, weil es auch interessant, vielleicht jetzt mal so ein bisschen von uns mal aus der Arbeitsrealität gesprochen. Ich persönlich habe das mit den Erklärvideos nie so richtig verstanden.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Mich haben die persönlich nicht</w:t>
      </w:r>
      <w:r w:rsidRPr="00A257C2">
        <w:rPr>
          <w:rFonts w:ascii="Trebuchet MS" w:hAnsi="Trebuchet MS"/>
        </w:rPr>
        <w:t xml:space="preserve"> so abgeholt. Mir war das zu wenig Information. Ich lese mich da lieber ein oder höre, wie gesagt, einen Podcast zu einem Thema.</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ganz oft kriegen wir, seid ihr jetzt seit ein paar Jahren diese Erklärvideos machen, bekommen wir ständi</w:t>
      </w:r>
      <w:r w:rsidRPr="00A257C2">
        <w:rPr>
          <w:rFonts w:ascii="Trebuchet MS" w:hAnsi="Trebuchet MS"/>
        </w:rPr>
        <w:t>g als Feedback zu irgendwelchen Präsentationen oder zu irgendwelchen Schulungsreihen, die wir anbieten. Mach doch noch ein Erklärvideo dazu. Ist ganz verrückt.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Deswegen ist es super vernünftig, was ihr tut, denke ich, einfach jetzt mit d</w:t>
      </w:r>
      <w:r w:rsidRPr="00A257C2">
        <w:rPr>
          <w:rFonts w:ascii="Trebuchet MS" w:hAnsi="Trebuchet MS"/>
        </w:rPr>
        <w:t>en Patienten und Patientinnen zu sprechen. Und weil da kommen ja oft auch Sachen raus, die man sich selber vielleicht gar nicht so vorstellen kann. Oder Fragen kommen auf, Interessen kommen auf, die man selber vielleicht gar nicht so sieht.</w:t>
      </w:r>
    </w:p>
    <w:p w:rsidR="00D927AC" w:rsidRPr="00A257C2" w:rsidRDefault="00A257C2">
      <w:pPr>
        <w:rPr>
          <w:rFonts w:ascii="Trebuchet MS" w:hAnsi="Trebuchet MS"/>
        </w:rPr>
      </w:pPr>
      <w:r w:rsidRPr="00A257C2">
        <w:rPr>
          <w:rFonts w:ascii="Trebuchet MS" w:hAnsi="Trebuchet MS"/>
          <w:b/>
        </w:rPr>
        <w:t>Marius Schlicht</w:t>
      </w:r>
      <w:r w:rsidRPr="00A257C2">
        <w:rPr>
          <w:rFonts w:ascii="Trebuchet MS" w:hAnsi="Trebuchet MS"/>
          <w:b/>
        </w:rPr>
        <w:t>ing</w:t>
      </w:r>
      <w:r w:rsidRPr="00A257C2">
        <w:rPr>
          <w:rFonts w:ascii="Trebuchet MS" w:hAnsi="Trebuchet MS"/>
          <w:b/>
        </w:rPr>
        <w:br/>
      </w:r>
      <w:r w:rsidRPr="00A257C2">
        <w:rPr>
          <w:rFonts w:ascii="Trebuchet MS" w:hAnsi="Trebuchet MS"/>
        </w:rPr>
        <w:t xml:space="preserve">Also das finde ich echt gut. Ich muss noch eine Frage stellen, einfach so aus </w:t>
      </w:r>
      <w:r w:rsidRPr="00A257C2">
        <w:rPr>
          <w:rFonts w:ascii="Trebuchet MS" w:hAnsi="Trebuchet MS"/>
        </w:rPr>
        <w:lastRenderedPageBreak/>
        <w:t>Verständnisperspektive. Ich werde ja eure Projektseite auch unter dem Podcast verlinken, damit da unsere Zuhörenden auch mal drauf gucken können.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ich s</w:t>
      </w:r>
      <w:r w:rsidRPr="00A257C2">
        <w:rPr>
          <w:rFonts w:ascii="Trebuchet MS" w:hAnsi="Trebuchet MS"/>
        </w:rPr>
        <w:t xml:space="preserve">elber bin zwar im Englischen, eigentlich ziemlich fit, aber ich bin auch über eine Sache gestolpert und da glaube ich, werden noch mehr Leute drüber stolpern. Felix, da muss ich dich fragen, was sagt uns denn in diesem ganzen Kontext der nutzerzentrierten </w:t>
      </w:r>
      <w:r w:rsidRPr="00A257C2">
        <w:rPr>
          <w:rFonts w:ascii="Trebuchet MS" w:hAnsi="Trebuchet MS"/>
        </w:rPr>
        <w:t>User Centricity als also ich kann es jetzt übersetzen, aber ich weiß nicht so genau, was damit gemeint ist. Ja, also da gehe ich sehr gerne drauf ein, aber vielleicht vorab auch im Sinne der späteren User Centricity Gerade ist unsere Website quasi in steti</w:t>
      </w:r>
      <w:r w:rsidRPr="00A257C2">
        <w:rPr>
          <w:rFonts w:ascii="Trebuchet MS" w:hAnsi="Trebuchet MS"/>
        </w:rPr>
        <w:t>ger Entwicklung.</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 xml:space="preserve">Das heißt, wir sind dann dabei, dass das auf jeden Fall auch hoffentlich dann verständlicher wird. Wir haben da sogar ein eigenes Arbeitspaket in unserem Projekt, weil wir halt eben auch die Öffentlichkeit darüber </w:t>
      </w:r>
      <w:r w:rsidRPr="00A257C2">
        <w:rPr>
          <w:rFonts w:ascii="Trebuchet MS" w:hAnsi="Trebuchet MS"/>
        </w:rPr>
        <w:t>informieren wollen, was wir da machen. Und ich nehme das schon mal als Hinweis mit, dass das ganz hilfreich wäre, da auch eine, na, ich finde nicht nur leihenverständliche Version, sondern einfach für alle zugängliche Versionen halt irgendwie aufzusetzen.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 xml:space="preserve">Ja, genau, User Centricity, also das bedeutet halt eigentlich, hier stehen die möglichen NutzerInnen und was auch immer wir da entwickeln, wer auch immer das Gesundheitssystem nutzt oder da drin arbeitet im Fokus. Also wollen wir in dem </w:t>
      </w:r>
      <w:r w:rsidRPr="00A257C2">
        <w:rPr>
          <w:rFonts w:ascii="Trebuchet MS" w:hAnsi="Trebuchet MS"/>
        </w:rPr>
        <w:t>Bereich möglichst die PatientIn einbeziehen. Und wir wollen eben auch die Menschen in der Gesundheitsversorgung, also die berufstätigen einbeziehen, das sind vor allem Ärztnnen, aber wir befragen jetzt auch PflegerInnen, wie sie halt eben einen möglichen L</w:t>
      </w:r>
      <w:r w:rsidRPr="00A257C2">
        <w:rPr>
          <w:rFonts w:ascii="Trebuchet MS" w:hAnsi="Trebuchet MS"/>
        </w:rPr>
        <w:t>eitlinien-Navigator gegenüberstehen.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Genau. Und unser Wunsch ist halt eben, dass, oder User Centricity, das bedeutet für mich, dass Und bevor unser Projektpartner aus Italien in die eigentliche Entwicklung der Leitlinien-Navigatoren geht</w:t>
      </w:r>
      <w:r w:rsidRPr="00A257C2">
        <w:rPr>
          <w:rFonts w:ascii="Trebuchet MS" w:hAnsi="Trebuchet MS"/>
        </w:rPr>
        <w:t>, dass wir schon in gewisser Weise eine Übersicht haben, was denn echte Menschen, die in der Gesundheitsversorgung sind, was die denn Wünsche an so einen Leitlinien-Aggregator haben. Das heißt, wir wollen damit sicherstellen, dass nicht einfach was entwick</w:t>
      </w:r>
      <w:r w:rsidRPr="00A257C2">
        <w:rPr>
          <w:rFonts w:ascii="Trebuchet MS" w:hAnsi="Trebuchet MS"/>
        </w:rPr>
        <w:t>elt wird und dann müssen Menschen das irgendwie nutzen, sondern wir wollen, dass halt eben die Technik den Menschen freut.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 xml:space="preserve">Also der Mensch ist zuerst, der Mensch, der die Anforderungen und dann wird etwas Technisches entwickelt. Und das </w:t>
      </w:r>
      <w:r w:rsidRPr="00A257C2">
        <w:rPr>
          <w:rFonts w:ascii="Trebuchet MS" w:hAnsi="Trebuchet MS"/>
        </w:rPr>
        <w:t>ist sozusagen die User Centricity, also die eigentlichen Menschen stehen im Fokus, nicht die Navigator oder die Technik. Gut, danke für die Erklärung.</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Ich denke, da werden noch die ein oder anderen drüber schuld. Und wenn sie das lesen u</w:t>
      </w:r>
      <w:r w:rsidRPr="00A257C2">
        <w:rPr>
          <w:rFonts w:ascii="Trebuchet MS" w:hAnsi="Trebuchet MS"/>
        </w:rPr>
        <w:t>nd das ist aber, obwohl das ja was total Positives ist, wenn man man verbindet ja ganz oft vor Klausulierung oder Aglizismen damit, dass irgendwas einem verkauft werden soll, was man nicht wissen soll, so ungefähr. Und hier ist es ja genau das Gegenteil.</w:t>
      </w:r>
    </w:p>
    <w:p w:rsidR="00D927AC" w:rsidRPr="00A257C2" w:rsidRDefault="00A257C2">
      <w:pPr>
        <w:rPr>
          <w:rFonts w:ascii="Trebuchet MS" w:hAnsi="Trebuchet MS"/>
        </w:rPr>
      </w:pPr>
      <w:r w:rsidRPr="00A257C2">
        <w:rPr>
          <w:rFonts w:ascii="Trebuchet MS" w:hAnsi="Trebuchet MS"/>
          <w:b/>
        </w:rPr>
        <w:lastRenderedPageBreak/>
        <w:t>F</w:t>
      </w:r>
      <w:r w:rsidRPr="00A257C2">
        <w:rPr>
          <w:rFonts w:ascii="Trebuchet MS" w:hAnsi="Trebuchet MS"/>
          <w:b/>
        </w:rPr>
        <w:t>elix Mühlensiepen</w:t>
      </w:r>
      <w:r w:rsidRPr="00A257C2">
        <w:rPr>
          <w:rFonts w:ascii="Trebuchet MS" w:hAnsi="Trebuchet MS"/>
          <w:b/>
        </w:rPr>
        <w:br/>
      </w:r>
      <w:r w:rsidRPr="00A257C2">
        <w:rPr>
          <w:rFonts w:ascii="Trebuchet MS" w:hAnsi="Trebuchet MS"/>
        </w:rPr>
        <w:t>Ja, ich muss ja auch gestehen, also ich glaube, da kann man offen drüber sprechen. Das ist natürlich auch, wenn wir so ein riesiges, tolles Projekt beantragen. Da füllen wir dann 60 bis 120 Seiten aus und am Ende kommt dann halt auf einma</w:t>
      </w:r>
      <w:r w:rsidRPr="00A257C2">
        <w:rPr>
          <w:rFonts w:ascii="Trebuchet MS" w:hAnsi="Trebuchet MS"/>
        </w:rPr>
        <w:t>l die Abgabefrist näher und alle arbeiten parallel wie so ein Ameisenhaufen in einem geteilten Huuert-Dokument.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was die eine Person schreibt und die andere Person macht, so das geht dann manchmal durcheinander und dann geht es auch s</w:t>
      </w:r>
      <w:r w:rsidRPr="00A257C2">
        <w:rPr>
          <w:rFonts w:ascii="Trebuchet MS" w:hAnsi="Trebuchet MS"/>
        </w:rPr>
        <w:t>chnell, dass dann halt Anglizismen entstehen, bei denen wir das Gefühl haben, oh, das gefällt der EU besonders gut, das halten wir für Förderfähig. Aber ja, im Grunde kann man das auch einfacher darstellen. Aber erst mal wollten wir die Mittel einwerben, u</w:t>
      </w:r>
      <w:r w:rsidRPr="00A257C2">
        <w:rPr>
          <w:rFonts w:ascii="Trebuchet MS" w:hAnsi="Trebuchet MS"/>
        </w:rPr>
        <w:t>m dieses tolle Projekt umzusetzen.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Genau. Ich glaube auch das, was du geradeilderst, ist sehr beruhigend für viele unserer Mitgliedsverbände, die ja auch natürlich deutlich kleineren Rahmen in der Regel Projekte beantragen. Und glaube ic</w:t>
      </w:r>
      <w:r w:rsidRPr="00A257C2">
        <w:rPr>
          <w:rFonts w:ascii="Trebuchet MS" w:hAnsi="Trebuchet MS"/>
        </w:rPr>
        <w:t>h, ich glaube, da sieht die Abgabefrist ähnlich aus, dass es da bestimmt auch beruhigend zu hören, dass das auch auf europäischer Ebene bei internationalen Projekten ähnlich ist.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Vielleicht nochmal ganz kurz nochmal zu dem Thema, der, je</w:t>
      </w:r>
      <w:r w:rsidRPr="00A257C2">
        <w:rPr>
          <w:rFonts w:ascii="Trebuchet MS" w:hAnsi="Trebuchet MS"/>
        </w:rPr>
        <w:t xml:space="preserve">tzt wollte ich selber drei User Centricity sagen, also der Einbezugnahme von Patienten und Patientinnen. Welche Rolle können denn jetzt dabei zum Beispiel jetzt der Patientenbeirat der BAG Selbsthilfe ist ja zum Beispiel mit da drin, aber auch noch andere </w:t>
      </w:r>
      <w:r w:rsidRPr="00A257C2">
        <w:rPr>
          <w:rFonts w:ascii="Trebuchet MS" w:hAnsi="Trebuchet MS"/>
        </w:rPr>
        <w:t>Patientinnen Vertreter, das sind ja nicht nur wir. Wie können Sie denn sozusagen konkret Ihre Ideen einbringen oder Fragen stellen?</w:t>
      </w:r>
    </w:p>
    <w:p w:rsidR="00D927AC" w:rsidRPr="00A257C2" w:rsidRDefault="00A257C2">
      <w:pPr>
        <w:rPr>
          <w:rFonts w:ascii="Trebuchet MS" w:hAnsi="Trebuchet MS"/>
        </w:rPr>
      </w:pPr>
      <w:r w:rsidRPr="00A257C2">
        <w:rPr>
          <w:rFonts w:ascii="Trebuchet MS" w:hAnsi="Trebuchet MS"/>
          <w:b/>
        </w:rPr>
        <w:t>Marius Schlichting / Felix Mühlensiepen</w:t>
      </w:r>
      <w:r w:rsidRPr="00A257C2">
        <w:rPr>
          <w:rFonts w:ascii="Trebuchet MS" w:hAnsi="Trebuchet MS"/>
          <w:b/>
        </w:rPr>
        <w:br/>
      </w:r>
      <w:r w:rsidRPr="00A257C2">
        <w:rPr>
          <w:rFonts w:ascii="Trebuchet MS" w:hAnsi="Trebuchet MS"/>
        </w:rPr>
        <w:t xml:space="preserve">Das wäre vielleicht noch wichtig, falls da jemand jetzt zuhört und sich da berufen </w:t>
      </w:r>
      <w:r w:rsidRPr="00A257C2">
        <w:rPr>
          <w:rFonts w:ascii="Trebuchet MS" w:hAnsi="Trebuchet MS"/>
        </w:rPr>
        <w:t>fühlt, der sich auch an dem Prozess zu beteiligen. Ja, also vorweg, auf jeden Fall eindringen, denn wir freuen uns darüber. Also ich bin auch zum Glück nicht alleine in diesen Arbeitspaket 2.</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Wir sind sehr viele und uns ist extrem wichti</w:t>
      </w:r>
      <w:r w:rsidRPr="00A257C2">
        <w:rPr>
          <w:rFonts w:ascii="Trebuchet MS" w:hAnsi="Trebuchet MS"/>
        </w:rPr>
        <w:t>g, dass wenn sich jetzt jemand angesprochen fühlt, gerne bei mir melden. Genau, wir freuen uns auf Input. Genau.</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Also vielleicht, wie kann man sich eindringen oder was ist schon geschehen, was ich total spannend fand, war zum Beispiel da</w:t>
      </w:r>
      <w:r w:rsidRPr="00A257C2">
        <w:rPr>
          <w:rFonts w:ascii="Trebuchet MS" w:hAnsi="Trebuchet MS"/>
        </w:rPr>
        <w:t>s Barcamp der BAG Selbsthilfe. In dem Rahmen habe ich das Projekt GUIDE-AI einmal vorgestellt und auch dieses Arbeitspaket 2. Ich nenne es mal jetzt Nutzerzentrierung.</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Genau und da war es total spannend. Allein schon war es im Chat alles</w:t>
      </w:r>
      <w:r w:rsidRPr="00A257C2">
        <w:rPr>
          <w:rFonts w:ascii="Trebuchet MS" w:hAnsi="Trebuchet MS"/>
        </w:rPr>
        <w:t xml:space="preserve"> stand. Also ich habe da wirklich auch viel gelernt, halt eben in Bezug auf, ist es überhaupt gewünscht, Leute ihm gerecht behandelt zu werden und halt eben auch der erlebte Potenziale und aber halt auch Gefahren von KI.</w:t>
      </w:r>
    </w:p>
    <w:p w:rsidR="00D927AC" w:rsidRPr="00A257C2" w:rsidRDefault="00A257C2">
      <w:pPr>
        <w:rPr>
          <w:rFonts w:ascii="Trebuchet MS" w:hAnsi="Trebuchet MS"/>
        </w:rPr>
      </w:pPr>
      <w:r w:rsidRPr="00A257C2">
        <w:rPr>
          <w:rFonts w:ascii="Trebuchet MS" w:hAnsi="Trebuchet MS"/>
          <w:b/>
        </w:rPr>
        <w:lastRenderedPageBreak/>
        <w:t>Felix Mühlensiepen</w:t>
      </w:r>
      <w:r w:rsidRPr="00A257C2">
        <w:rPr>
          <w:rFonts w:ascii="Trebuchet MS" w:hAnsi="Trebuchet MS"/>
          <w:b/>
        </w:rPr>
        <w:br/>
      </w:r>
      <w:r w:rsidRPr="00A257C2">
        <w:rPr>
          <w:rFonts w:ascii="Trebuchet MS" w:hAnsi="Trebuchet MS"/>
        </w:rPr>
        <w:t>Das war schon ex</w:t>
      </w:r>
      <w:r w:rsidRPr="00A257C2">
        <w:rPr>
          <w:rFonts w:ascii="Trebuchet MS" w:hAnsi="Trebuchet MS"/>
        </w:rPr>
        <w:t>trem wichtig. Abgesehen davon haben wir jetzt ein Patientenbeirat im Projekt. Der wurde tatsächlich von Jana Hassel und Ursula Deuss koordiniert.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diesenässer Bestandteil unseres Projektes und das ist ganz, ganz toll, weil wir darüber</w:t>
      </w:r>
      <w:r w:rsidRPr="00A257C2">
        <w:rPr>
          <w:rFonts w:ascii="Trebuchet MS" w:hAnsi="Trebuchet MS"/>
        </w:rPr>
        <w:t xml:space="preserve"> die Möglichkeit haben, wenn ich jetzt zum Beispiel ein Fragebogen entwickle, dass wir vorher den an den Patientenbeirat geben und den dann prüfen. Versteht man das überhaupt? Steht da ist überall irgendwie so Anglizismen drin, so wie bei User Centricity?</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Oder können wir das nicht vielleicht halt noch ein bisschen verständlicher aufbereiten? Da sind die dabei, aber halt eben nicht nur das Ganze verständlich machen, sondern auch eigene Forschungsimpulse mit einbringen. Das heißt, da ist de</w:t>
      </w:r>
      <w:r w:rsidRPr="00A257C2">
        <w:rPr>
          <w:rFonts w:ascii="Trebuchet MS" w:hAnsi="Trebuchet MS"/>
        </w:rPr>
        <w:t>r Patientenbeirat aktiv.</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Abgesehen davon freuen wir uns natürlich auch immer über Hinweise, dass etwas unverständliches ist oder wir es besser machen können. Das passt immer. Und was wir gerade halt eben auch machen, das sind Interviews,</w:t>
      </w:r>
      <w:r w:rsidRPr="00A257C2">
        <w:rPr>
          <w:rFonts w:ascii="Trebuchet MS" w:hAnsi="Trebuchet MS"/>
        </w:rPr>
        <w:t xml:space="preserve"> die können entweder in Präsenz, also tatsächlich man trifft sich und macht ein Interview gemeinsam oder auch per Teams, also per Videokonferenz oder per Telefon umgesetzt werden.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Da können sich Menschen beteiligen und bald gehen wir dan</w:t>
      </w:r>
      <w:r w:rsidRPr="00A257C2">
        <w:rPr>
          <w:rFonts w:ascii="Trebuchet MS" w:hAnsi="Trebuchet MS"/>
        </w:rPr>
        <w:t>n auch mit unserem große Fragebogenerhebung an den Start, wo wir uns sehr sehr freuen würden, wenn möglichst viele Menschen diese Fragebögen ausfüllen, weil wir wollen halt eben die Perspektiven auch der Mitglieder der BRG selbst helfen, beziehungsweise de</w:t>
      </w:r>
      <w:r w:rsidRPr="00A257C2">
        <w:rPr>
          <w:rFonts w:ascii="Trebuchet MS" w:hAnsi="Trebuchet MS"/>
        </w:rPr>
        <w:t>r der eigentlichen Selbsthilfegruppen darunter einbeziehen. Genau. Und es geht noch weiter.</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Noch mehr Partizipationsmöglichkeiten. Wenn wir diese ganzen Ergebnisse haben, dann wollen wir die auch vorstellen und diskutieren. Das sind dann</w:t>
      </w:r>
      <w:r w:rsidRPr="00A257C2">
        <w:rPr>
          <w:rFonts w:ascii="Trebuchet MS" w:hAnsi="Trebuchet MS"/>
        </w:rPr>
        <w:t xml:space="preserve"> sogenannte Fokusgruppen.</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da versuchen wir gemeinsam halt eben auch mit Patientinnen und Patienten Sinn daraus zu machen, was wir da herausgefunden haben. Und Handlungsschritte abzuleiten und zu priorisieren. Also was jetzt das Wicht</w:t>
      </w:r>
      <w:r w:rsidRPr="00A257C2">
        <w:rPr>
          <w:rFonts w:ascii="Trebuchet MS" w:hAnsi="Trebuchet MS"/>
        </w:rPr>
        <w:t>igste, was muss dringend umgesetzt werden, was aus diesen Daten vorgeht.</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Das heißt, wir sind absolut auf Partizipation angewiesen, weil genau, sonst wird es wieder Technik, die vorangeht und die Menschen folgen. Wir wollen das ja andersr</w:t>
      </w:r>
      <w:r w:rsidRPr="00A257C2">
        <w:rPr>
          <w:rFonts w:ascii="Trebuchet MS" w:hAnsi="Trebuchet MS"/>
        </w:rPr>
        <w:t>um. Deswegen, ich bin da ganz offen und freue mich über jede Nachricht, jede E-Mail genau.</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Mega. Also ich finde eure Herangehensweise an das Thema echt klasse. Also sowohl eben auch aus Patientinnen-V Vertretersicht als auch als Privatpe</w:t>
      </w:r>
      <w:r w:rsidRPr="00A257C2">
        <w:rPr>
          <w:rFonts w:ascii="Trebuchet MS" w:hAnsi="Trebuchet MS"/>
        </w:rPr>
        <w:t>rson, einfach ganz ehrlich, weil ich gehe auch zum Arzt und ich finde es auch dann sehr klug wie ihr das angeht.</w:t>
      </w:r>
    </w:p>
    <w:p w:rsidR="00D927AC" w:rsidRPr="00A257C2" w:rsidRDefault="00A257C2">
      <w:pPr>
        <w:rPr>
          <w:rFonts w:ascii="Trebuchet MS" w:hAnsi="Trebuchet MS"/>
        </w:rPr>
      </w:pPr>
      <w:r w:rsidRPr="00A257C2">
        <w:rPr>
          <w:rFonts w:ascii="Trebuchet MS" w:hAnsi="Trebuchet MS"/>
          <w:b/>
        </w:rPr>
        <w:lastRenderedPageBreak/>
        <w:t>Marius Schlichting</w:t>
      </w:r>
      <w:r w:rsidRPr="00A257C2">
        <w:rPr>
          <w:rFonts w:ascii="Trebuchet MS" w:hAnsi="Trebuchet MS"/>
          <w:b/>
        </w:rPr>
        <w:br/>
      </w:r>
      <w:r w:rsidRPr="00A257C2">
        <w:rPr>
          <w:rFonts w:ascii="Trebuchet MS" w:hAnsi="Trebuchet MS"/>
        </w:rPr>
        <w:t>Und da jetzt auch nochmal der Appell vielleicht an unsere Zuhörenden. Partizipation wird immer eingefordert. Hier bekommt ih</w:t>
      </w:r>
      <w:r w:rsidRPr="00A257C2">
        <w:rPr>
          <w:rFonts w:ascii="Trebuchet MS" w:hAnsi="Trebuchet MS"/>
        </w:rPr>
        <w:t>r das auch.</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Also es gibt jetzt relativ wenig Ausreden, sich nicht zu beteiligen, uns danach zu beschweren. Das sage ich einfach nur so, weil ich musste gerade bei den Fragebögen daran denken, wie viel Fragebögen wir schon verschickt habe</w:t>
      </w:r>
      <w:r w:rsidRPr="00A257C2">
        <w:rPr>
          <w:rFonts w:ascii="Trebuchet MS" w:hAnsi="Trebuchet MS"/>
        </w:rPr>
        <w:t>n und wie wenig dann teilweise da zurückkommt. Aber toll, also dass ihr sozusagen da auch nochmal immer mehr, also auf die Patientin-Sicht irgendwie angeht, ist echt prima.</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Ich hatte mir zum Abschluss eigentlich überlegt, noch ein bissch</w:t>
      </w:r>
      <w:r w:rsidRPr="00A257C2">
        <w:rPr>
          <w:rFonts w:ascii="Trebuchet MS" w:hAnsi="Trebuchet MS"/>
        </w:rPr>
        <w:t>en Würze mit reinzubringen. Ihr habt ihr beide schon total rausgenommen, weil ihr einfach zu meinen super fit seid und das auch alles hier super erklärt habt. Ich wusste noch mal eine Frage einfach stellen.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 xml:space="preserve">Jetzt nicht so drastisch, wie </w:t>
      </w:r>
      <w:r w:rsidRPr="00A257C2">
        <w:rPr>
          <w:rFonts w:ascii="Trebuchet MS" w:hAnsi="Trebuchet MS"/>
        </w:rPr>
        <w:t>ich dachte, weil eigentlich habt ihr es schon angedeutet. Es ist ja relativ klar, dass KI zum jetzigen Punkt klar erkennbarer Grenzen stößt. Das hat Matthias ja schon eingangs gesagt und dass ihr das auch berücksichtigt sozusagen.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ih</w:t>
      </w:r>
      <w:r w:rsidRPr="00A257C2">
        <w:rPr>
          <w:rFonts w:ascii="Trebuchet MS" w:hAnsi="Trebuchet MS"/>
        </w:rPr>
        <w:t>r habt auch schon beide gesagt, dass nicht jeder Patient, jede Patientin leitliniengerecht behandelt werden möchte oder kann sollte. Damit habt ihr mir noch mehr Wind aus den Segeln genommen. Jetzt wäre einfach nur nochmal meine Frage, einfach für die Betr</w:t>
      </w:r>
      <w:r w:rsidRPr="00A257C2">
        <w:rPr>
          <w:rFonts w:ascii="Trebuchet MS" w:hAnsi="Trebuchet MS"/>
        </w:rPr>
        <w:t>offenen.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Wenn denn jetzt sozusagen das KI-Modell nicht zu dem passt, was sich der Patient, die Patientin wünscht, wie man dann was man tun kann, um, sag ich mal, mit KI-Unterstützung auf die Bedürfnisse der Patient-Patientin direkter ein</w:t>
      </w:r>
      <w:r w:rsidRPr="00A257C2">
        <w:rPr>
          <w:rFonts w:ascii="Trebuchet MS" w:hAnsi="Trebuchet MS"/>
        </w:rPr>
        <w:t>zugehen, Matthias vielleicht. Hast du da noch was für uns? Genau ich denke am Ende ist es immer eine gemeinsame Entscheidungsfindung zwischen Ärztin und Patientin.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So die wichtigsten Erkenntnisse aus dem Projekt bisher für mich persönlich</w:t>
      </w:r>
      <w:r w:rsidRPr="00A257C2">
        <w:rPr>
          <w:rFonts w:ascii="Trebuchet MS" w:hAnsi="Trebuchet MS"/>
        </w:rPr>
        <w:t xml:space="preserve"> sind eben auch, dass Leitlinien sehr häufig ja auch sehr vage sind und bleiben, einfach weil es jetzt keine relevanten großen Studien sind, die irgendwie ein bis zu bestimmtes Medikament oder die Verordnung oder irgendeine Therapie unterstützen. D.h, ki k</w:t>
      </w:r>
      <w:r w:rsidRPr="00A257C2">
        <w:rPr>
          <w:rFonts w:ascii="Trebuchet MS" w:hAnsi="Trebuchet MS"/>
        </w:rPr>
        <w:t>ann ja gar nicht so richtig uns sagen, was zu tun ist, wenn letztlich die Gartenlage gar nicht da ist und wir Leute ihnen explizit Waage und schwammig bleiben und dann eher sagen, das ist eine Abwägungssache. Und noch dazu kommt, wie eingangs erwähnt, dass</w:t>
      </w:r>
      <w:r w:rsidRPr="00A257C2">
        <w:rPr>
          <w:rFonts w:ascii="Trebuchet MS" w:hAnsi="Trebuchet MS"/>
        </w:rPr>
        <w:t xml:space="preserve"> eben die Leitlinien sind für die gesamte Population geschrieben und jeder individuelle Patient kann ganz anders sein.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 xml:space="preserve">Deswegen denke ich, ist es einfach wichtig, dass man sich natürlich entlang der Empfehlungen entlanghangelt im </w:t>
      </w:r>
      <w:r w:rsidRPr="00A257C2">
        <w:rPr>
          <w:rFonts w:ascii="Trebuchet MS" w:hAnsi="Trebuchet MS"/>
        </w:rPr>
        <w:t>Entscheidungsprozess. Und das dann ganz transparen bespricht. Und einfach zwischen Arzt und Patient gemeinsam schaut.</w:t>
      </w:r>
    </w:p>
    <w:p w:rsidR="00D927AC" w:rsidRPr="00A257C2" w:rsidRDefault="00A257C2">
      <w:pPr>
        <w:rPr>
          <w:rFonts w:ascii="Trebuchet MS" w:hAnsi="Trebuchet MS"/>
        </w:rPr>
      </w:pPr>
      <w:r w:rsidRPr="00A257C2">
        <w:rPr>
          <w:rFonts w:ascii="Trebuchet MS" w:hAnsi="Trebuchet MS"/>
          <w:b/>
        </w:rPr>
        <w:lastRenderedPageBreak/>
        <w:t>Matthias Gröschel</w:t>
      </w:r>
      <w:r w:rsidRPr="00A257C2">
        <w:rPr>
          <w:rFonts w:ascii="Trebuchet MS" w:hAnsi="Trebuchet MS"/>
          <w:b/>
        </w:rPr>
        <w:br/>
      </w:r>
      <w:r w:rsidRPr="00A257C2">
        <w:rPr>
          <w:rFonts w:ascii="Trebuchet MS" w:hAnsi="Trebuchet MS"/>
        </w:rPr>
        <w:t>Also aufgrund ihrer Daten, und das ist ja auch immer sehr, da geht es dann um Blutwerte, um die Anamnese, um Blutdruck u</w:t>
      </w:r>
      <w:r w:rsidRPr="00A257C2">
        <w:rPr>
          <w:rFonts w:ascii="Trebuchet MS" w:hAnsi="Trebuchet MS"/>
        </w:rPr>
        <w:t>nd andere Diagnosen. Wäre jetzt die Empfehlung der Fachgesellschaft und der Leitlinie Folgendes und dann da muss man natürlich besser besprechen, was da ob es da Nebenwirkungen gibt, ob das jetzt gerade mit dem Lebenskonzept zusammenpasst. Ich denke vielle</w:t>
      </w:r>
      <w:r w:rsidRPr="00A257C2">
        <w:rPr>
          <w:rFonts w:ascii="Trebuchet MS" w:hAnsi="Trebuchet MS"/>
        </w:rPr>
        <w:t>icht an ältere Menschen, die jetzt vielleicht nicht unbedingt profitieren von irgendwie oder vielleicht sogar einen Hintergrund haben, wenn der Blutdruck nochmal ein bisschen gesenkt wird, wo es einfach viel wichtiger ist, dass die Patientinnen einfach wei</w:t>
      </w:r>
      <w:r w:rsidRPr="00A257C2">
        <w:rPr>
          <w:rFonts w:ascii="Trebuchet MS" w:hAnsi="Trebuchet MS"/>
        </w:rPr>
        <w:t>ter fit im Alltag nachgehen können.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das sollte einfach dann dieser geschützte Raum zwischen Arzt und Patientin sollte so gewahrt bleiben. Und ich denke, ganz wichtig, das hoffe ich, dass wir das irgendwie dann auch am Ende mitnehmen k</w:t>
      </w:r>
      <w:r w:rsidRPr="00A257C2">
        <w:rPr>
          <w:rFonts w:ascii="Trebuchet MS" w:hAnsi="Trebuchet MS"/>
        </w:rPr>
        <w:t>önnen, ist, dass man das dann auch so dokumentiert. Weil letztlich, wenn man dann wir schreiben an unsere hausärztlichen Kolleginnen, wir hatten eine Patientin auf unserer Station.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Und wenn man dann steht dann Diagnose, zum Beispiel die c</w:t>
      </w:r>
      <w:r w:rsidRPr="00A257C2">
        <w:rPr>
          <w:rFonts w:ascii="Trebuchet MS" w:hAnsi="Trebuchet MS"/>
        </w:rPr>
        <w:t>hronische Herzschwäche und dann steht da aber nie, wirklich, ich habe das noch nie gesehen, dass man sagt, diese Therapie ist aktuell nicht gewünscht. Vielleicht müssen wir auch lernen, dass wir gediente Informationen auch weitergeben. Dass das einfach auc</w:t>
      </w:r>
      <w:r w:rsidRPr="00A257C2">
        <w:rPr>
          <w:rFonts w:ascii="Trebuchet MS" w:hAnsi="Trebuchet MS"/>
        </w:rPr>
        <w:t>h mal dokumentiert wird und wir wissen und letztlich das Ziel, wie gesagt, nicht 100 Prozent leid, in gerichte Therapie, sondern mehr damit transparent umgehen und auch dokumentieren, wenn es gerade individuell nicht passt.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ich gewün</w:t>
      </w:r>
      <w:r w:rsidRPr="00A257C2">
        <w:rPr>
          <w:rFonts w:ascii="Trebuchet MS" w:hAnsi="Trebuchet MS"/>
        </w:rPr>
        <w:t>scht ist. Ja, super. Ich glaube, das ist nochmal das, was alle Zuhörenden, auch alle Patienten, Patienten immer gerne hören, dass eben, das ist ja auch aus euren Ausführungen schon hervorgegangen, aber dass sie eben die KI als Hilfsmittel nutzen wollt, das</w:t>
      </w:r>
      <w:r w:rsidRPr="00A257C2">
        <w:rPr>
          <w:rFonts w:ascii="Trebuchet MS" w:hAnsi="Trebuchet MS"/>
        </w:rPr>
        <w:t>s ihr damit jetzt nicht irgendwelche Sachen ersetzen wollt, die funktionieren etc.</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Und das natürlich auch die Patienten, die Patientin individuell weiter behandelt werden und nicht irgendwie nach Schema F und dann eben durch, ich sag mal</w:t>
      </w:r>
      <w:r w:rsidRPr="00A257C2">
        <w:rPr>
          <w:rFonts w:ascii="Trebuchet MS" w:hAnsi="Trebuchet MS"/>
        </w:rPr>
        <w:t>, Fehler, die sich dann einschleichen, das ist ja, bevor alle irgendwie Angst haben, dass dann da Diagnosen gestellt werden oder sonst was. Und ich denke, das habt ihr gut jetzt aufgezeigt. Ihr habt auch einfach gut erklärt, denke ich auch, dass man und wi</w:t>
      </w:r>
      <w:r w:rsidRPr="00A257C2">
        <w:rPr>
          <w:rFonts w:ascii="Trebuchet MS" w:hAnsi="Trebuchet MS"/>
        </w:rPr>
        <w:t>e man sich auch an diesen Prozessen beteiligen kann.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Jetzt wirklich noch als allerletzter Abschluss an euch beiden. Ihr habt es ja gerade erklärt, wir reden ja noch über etwas relativ Vages. Wir wissen ja noch nicht so genau, was am Ende</w:t>
      </w:r>
      <w:r w:rsidRPr="00A257C2">
        <w:rPr>
          <w:rFonts w:ascii="Trebuchet MS" w:hAnsi="Trebuchet MS"/>
        </w:rPr>
        <w:t xml:space="preserve"> sozusagen bei dem Projekt rauskommt.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Was wäre denn, könnt ihr gerne euch überlegen, wer anfängt, zu sagen, was wäre denn so der persönliche Wunsch aktuell? Was was es am Ende wird oder welche verschiedenen Sachen hilfreich wären, sozusa</w:t>
      </w:r>
      <w:r w:rsidRPr="00A257C2">
        <w:rPr>
          <w:rFonts w:ascii="Trebuchet MS" w:hAnsi="Trebuchet MS"/>
        </w:rPr>
        <w:t xml:space="preserve">gen, dass ihr sagen könnt, dass ihr seid da ja scheinbar mit </w:t>
      </w:r>
      <w:r w:rsidRPr="00A257C2">
        <w:rPr>
          <w:rFonts w:ascii="Trebuchet MS" w:hAnsi="Trebuchet MS"/>
        </w:rPr>
        <w:lastRenderedPageBreak/>
        <w:t>sehr, sehr viel Herzblut dran. Das geht euch ja persönlich auch und das merke ich an euren Emotionen, die ihr gezeigt hat, da jetzt in dem Kontext.</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Was wäre so für euch ein Proj</w:t>
      </w:r>
      <w:r w:rsidRPr="00A257C2">
        <w:rPr>
          <w:rFonts w:ascii="Trebuchet MS" w:hAnsi="Trebuchet MS"/>
        </w:rPr>
        <w:t>ektende, mit dem ihr zufrieden wärt, mit dem ihr glücklich wärt? Fängst mal an? Für mich wäre, glaube ich, das beste Ergebnis, wenn wir das Thema allgemein einfach mehr in den Mittelpunkt rücken, weil das für mich bisher in meiner Ausbildung auch einfach m</w:t>
      </w:r>
      <w:r w:rsidRPr="00A257C2">
        <w:rPr>
          <w:rFonts w:ascii="Trebuchet MS" w:hAnsi="Trebuchet MS"/>
        </w:rPr>
        <w:t>ehr so ist.</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Es gibt Leitlinien und danach sollte therapiert werden und aber irgendwie hat doch keiner so ganz genau Zeit. Alle 30 Leitlinien immer durchzulesen und up to date zu bleiben und dann haben wir diese S Messungen, dass irgendwie</w:t>
      </w:r>
      <w:r w:rsidRPr="00A257C2">
        <w:rPr>
          <w:rFonts w:ascii="Trebuchet MS" w:hAnsi="Trebuchet MS"/>
        </w:rPr>
        <w:t xml:space="preserve"> nur wenige Prozent derzentinnen nur nach Leitlinieniert sind, dass man das einfach versteht, dass es viel komplexer ist. Und dass das einfach so ein bisschen mehr ins ins Grundverständnis von unserem Handeln gerät, welchen Platzleitlinien und dann eben in</w:t>
      </w:r>
      <w:r w:rsidRPr="00A257C2">
        <w:rPr>
          <w:rFonts w:ascii="Trebuchet MS" w:hAnsi="Trebuchet MS"/>
        </w:rPr>
        <w:t xml:space="preserve"> dem Kontext auch KI spielen kann.</w:t>
      </w:r>
    </w:p>
    <w:p w:rsidR="00D927AC" w:rsidRPr="00A257C2" w:rsidRDefault="00A257C2">
      <w:pPr>
        <w:rPr>
          <w:rFonts w:ascii="Trebuchet MS" w:hAnsi="Trebuchet MS"/>
        </w:rPr>
      </w:pPr>
      <w:r w:rsidRPr="00A257C2">
        <w:rPr>
          <w:rFonts w:ascii="Trebuchet MS" w:hAnsi="Trebuchet MS"/>
          <w:b/>
        </w:rPr>
        <w:t>Matthias Gröschel</w:t>
      </w:r>
      <w:r w:rsidRPr="00A257C2">
        <w:rPr>
          <w:rFonts w:ascii="Trebuchet MS" w:hAnsi="Trebuchet MS"/>
          <w:b/>
        </w:rPr>
        <w:br/>
      </w:r>
      <w:r w:rsidRPr="00A257C2">
        <w:rPr>
          <w:rFonts w:ascii="Trebuchet MS" w:hAnsi="Trebuchet MS"/>
        </w:rPr>
        <w:t xml:space="preserve">Und das zweite wäre, dass wir wirklich tolle Tools bauen können, wo auch meine Kolleginnen Spaß haben, das zu nutzen, dass das jetzt nicht irgendwie so ein Computertool bleibt, was irgendwie ein, sobald </w:t>
      </w:r>
      <w:r w:rsidRPr="00A257C2">
        <w:rPr>
          <w:rFonts w:ascii="Trebuchet MS" w:hAnsi="Trebuchet MS"/>
        </w:rPr>
        <w:t>das Projekt rum ist, ein jähes Ende auffindet, sondern dass das, das sind auch wieder so Stichpunkte wie das Ärztinnen ja auch Gefahr laufen, Dinge zu verlernen durch KI-Nutzung, dass wir das auch wirklich so bauen, dass es Spaß macht, dass man dabei was l</w:t>
      </w:r>
      <w:r w:rsidRPr="00A257C2">
        <w:rPr>
          <w:rFonts w:ascii="Trebuchet MS" w:hAnsi="Trebuchet MS"/>
        </w:rPr>
        <w:t>ernt und dass dann vor allem auch eben diese Diskussion mit den Patientinnen einfach auch im Mittelgrund gerückt wird, was es ja eigentlich auch immer ist und auch in den allermeisten Fällen auch tatsächlich ist. Aber das dann nochmal ganz konkret gesagt w</w:t>
      </w:r>
      <w:r w:rsidRPr="00A257C2">
        <w:rPr>
          <w:rFonts w:ascii="Trebuchet MS" w:hAnsi="Trebuchet MS"/>
        </w:rPr>
        <w:t>ird, der Navigator hat diese Empfehlung und jetzt möchte ich das mit ihm besprechen, ob das passt. Ja, das klingt gut, wenn das so funktionieren würde auf jeden Fall. auch noch.</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zwar, mir ist gerade aufgefallen, ich habe da vorhin ga</w:t>
      </w:r>
      <w:r w:rsidRPr="00A257C2">
        <w:rPr>
          <w:rFonts w:ascii="Trebuchet MS" w:hAnsi="Trebuchet MS"/>
        </w:rPr>
        <w:t>r nicht drüber gesprochen, eine Aufgabe, die wir in den nächsten drei Jahren auch umsetzen werden, ist, dass wir mit ersten Prototypen des Leitlinien-Navigators zu Menschen gehen und den ausprobieren lassen. Das wären so Sitzungen und da dokumentieren wir,</w:t>
      </w:r>
      <w:r w:rsidRPr="00A257C2">
        <w:rPr>
          <w:rFonts w:ascii="Trebuchet MS" w:hAnsi="Trebuchet MS"/>
        </w:rPr>
        <w:t xml:space="preserve"> wie das die Menschen. Also wir bitten darum, dass die laut denken und dann vielleicht sagen, nee, gefällt mir gar nicht, halt irgendwie, das ist absolut unverständlich oder es ist auch positiv.</w:t>
      </w:r>
    </w:p>
    <w:p w:rsidR="00D927AC" w:rsidRPr="00A257C2" w:rsidRDefault="00A257C2">
      <w:pPr>
        <w:rPr>
          <w:rFonts w:ascii="Trebuchet MS" w:hAnsi="Trebuchet MS"/>
        </w:rPr>
      </w:pPr>
      <w:r w:rsidRPr="00A257C2">
        <w:rPr>
          <w:rFonts w:ascii="Trebuchet MS" w:hAnsi="Trebuchet MS"/>
          <w:b/>
        </w:rPr>
        <w:t>Felix Mühlensiepen</w:t>
      </w:r>
      <w:r w:rsidRPr="00A257C2">
        <w:rPr>
          <w:rFonts w:ascii="Trebuchet MS" w:hAnsi="Trebuchet MS"/>
          <w:b/>
        </w:rPr>
        <w:br/>
      </w:r>
      <w:r w:rsidRPr="00A257C2">
        <w:rPr>
          <w:rFonts w:ascii="Trebuchet MS" w:hAnsi="Trebuchet MS"/>
        </w:rPr>
        <w:t>Und mein Traum wäre ja, dass wir nach vers</w:t>
      </w:r>
      <w:r w:rsidRPr="00A257C2">
        <w:rPr>
          <w:rFonts w:ascii="Trebuchet MS" w:hAnsi="Trebuchet MS"/>
        </w:rPr>
        <w:t>chiedenen solcher Sitzungen, mit dampfenden Köpfen am Ende in der Runde sitzen und auf einmal alle in der Runde sagen, nö, so können wir es eigentlich machen. So hätte das einen Mehrwert für die Versorgung, dass er richtig toll. Und genau, dass wäre ein sc</w:t>
      </w:r>
      <w:r w:rsidRPr="00A257C2">
        <w:rPr>
          <w:rFonts w:ascii="Trebuchet MS" w:hAnsi="Trebuchet MS"/>
        </w:rPr>
        <w:t>höner Abschluss für das Projekt für mich in den Arbeitspaket.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 xml:space="preserve">Das klingt auf jeden Fall gut und ich denke auch sehr gut verständlich für unsere Zuhörenden. das war jetzt nochmal schön, so zum Abschlussum vielleicht die Sachen, die dann </w:t>
      </w:r>
      <w:r w:rsidRPr="00A257C2">
        <w:rPr>
          <w:rFonts w:ascii="Trebuchet MS" w:hAnsi="Trebuchet MS"/>
        </w:rPr>
        <w:t xml:space="preserve">auch vielleicht für den einen oder anderen erstmal unverständlich sind. Ich glaube, wir haben jetzt einen guten Rahmen geschaffen, dass man da jetzt ein gutes Gefühl </w:t>
      </w:r>
      <w:r w:rsidRPr="00A257C2">
        <w:rPr>
          <w:rFonts w:ascii="Trebuchet MS" w:hAnsi="Trebuchet MS"/>
        </w:rPr>
        <w:lastRenderedPageBreak/>
        <w:t>bekommt, was sie da macht. Und ja, an euch da draußen, ihr seid natürlich auch da, wie imm</w:t>
      </w:r>
      <w:r w:rsidRPr="00A257C2">
        <w:rPr>
          <w:rFonts w:ascii="Trebuchet MS" w:hAnsi="Trebuchet MS"/>
        </w:rPr>
        <w:t>er herzlich eingeladen, mir Fragen zu schicken.</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Ich kann mir vorstellen, dass das bei dem Thema häufiger vorkommt als bei anderen. Da werde ich mich natürlich dann auch mit auseinandersetzen, beziehungsweise dann vielleicht nochmal auf e</w:t>
      </w:r>
      <w:r w:rsidRPr="00A257C2">
        <w:rPr>
          <w:rFonts w:ascii="Trebuchet MS" w:hAnsi="Trebuchet MS"/>
        </w:rPr>
        <w:t>uch zukommen, wenn sich da jetzt Fragen ergeben sollten, die ich jetzt gar nicht beantworten kann. Aber ja, ich finde es toll, dass ihr euch heute Zeit genommen habt.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Vielen Dank. Danke auch für die sozusagen zweiteilige Expertise. Das i</w:t>
      </w:r>
      <w:r w:rsidRPr="00A257C2">
        <w:rPr>
          <w:rFonts w:ascii="Trebuchet MS" w:hAnsi="Trebuchet MS"/>
        </w:rPr>
        <w:t>st immer ganz besonders schön, wenn man noch ein bisschen mehr Inputt.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Da muss man selber auch einfach fast gar nichts mehr sagen. Ich hätte euch auch wahrscheinlich einfach reden lassen können. Man konnte euch super zuhören.</w:t>
      </w:r>
    </w:p>
    <w:p w:rsidR="00D927AC" w:rsidRPr="00A257C2" w:rsidRDefault="00A257C2">
      <w:pPr>
        <w:rPr>
          <w:rFonts w:ascii="Trebuchet MS" w:hAnsi="Trebuchet MS"/>
        </w:rPr>
      </w:pPr>
      <w:r w:rsidRPr="00A257C2">
        <w:rPr>
          <w:rFonts w:ascii="Trebuchet MS" w:hAnsi="Trebuchet MS"/>
          <w:b/>
        </w:rPr>
        <w:t>Marius Schl</w:t>
      </w:r>
      <w:r w:rsidRPr="00A257C2">
        <w:rPr>
          <w:rFonts w:ascii="Trebuchet MS" w:hAnsi="Trebuchet MS"/>
          <w:b/>
        </w:rPr>
        <w:t>ichting</w:t>
      </w:r>
      <w:r w:rsidRPr="00A257C2">
        <w:rPr>
          <w:rFonts w:ascii="Trebuchet MS" w:hAnsi="Trebuchet MS"/>
          <w:b/>
        </w:rPr>
        <w:br/>
      </w:r>
      <w:r w:rsidRPr="00A257C2">
        <w:rPr>
          <w:rFonts w:ascii="Trebuchet MS" w:hAnsi="Trebuchet MS"/>
        </w:rPr>
        <w:t>Vielen, vielen Dank. Und ich drücke euch ganz fest die Daumen, dass das gut weiterläuft. Ich hoffe, dass auch die Zusammenarbeit mit den Patienten, Patientinnen, Vertretern Felix, dass das gut funktioniert, dass deine Mühen, was das angeht, auch be</w:t>
      </w:r>
      <w:r w:rsidRPr="00A257C2">
        <w:rPr>
          <w:rFonts w:ascii="Trebuchet MS" w:hAnsi="Trebuchet MS"/>
        </w:rPr>
        <w:t>lohnt werden.</w:t>
      </w:r>
    </w:p>
    <w:p w:rsidR="00D927AC" w:rsidRPr="00A257C2" w:rsidRDefault="00A257C2">
      <w:pPr>
        <w:rPr>
          <w:rFonts w:ascii="Trebuchet MS" w:hAnsi="Trebuchet MS"/>
        </w:rPr>
      </w:pPr>
      <w:r w:rsidRPr="00A257C2">
        <w:rPr>
          <w:rFonts w:ascii="Trebuchet MS" w:hAnsi="Trebuchet MS"/>
          <w:b/>
        </w:rPr>
        <w:t>Matthias Gröschel / Felix Mühlensiepen</w:t>
      </w:r>
      <w:r w:rsidRPr="00A257C2">
        <w:rPr>
          <w:rFonts w:ascii="Trebuchet MS" w:hAnsi="Trebuchet MS"/>
          <w:b/>
        </w:rPr>
        <w:br/>
      </w:r>
      <w:r w:rsidRPr="00A257C2">
        <w:rPr>
          <w:rFonts w:ascii="Trebuchet MS" w:hAnsi="Trebuchet MS"/>
        </w:rPr>
        <w:t>Und ja, wie gesagt, alles, alles Gute und ganz herzlichen Dank für eure Zahl. Vielen Dank, Marius. Hat Spaß gemacht.</w:t>
      </w:r>
    </w:p>
    <w:p w:rsidR="00D927AC" w:rsidRPr="00A257C2" w:rsidRDefault="00A257C2">
      <w:pPr>
        <w:rPr>
          <w:rFonts w:ascii="Trebuchet MS" w:hAnsi="Trebuchet MS"/>
        </w:rPr>
      </w:pPr>
      <w:r w:rsidRPr="00A257C2">
        <w:rPr>
          <w:rFonts w:ascii="Trebuchet MS" w:hAnsi="Trebuchet MS"/>
          <w:b/>
        </w:rPr>
        <w:t>Marius Schlichting</w:t>
      </w:r>
      <w:r w:rsidRPr="00A257C2">
        <w:rPr>
          <w:rFonts w:ascii="Trebuchet MS" w:hAnsi="Trebuchet MS"/>
          <w:b/>
        </w:rPr>
        <w:br/>
      </w:r>
      <w:r w:rsidRPr="00A257C2">
        <w:rPr>
          <w:rFonts w:ascii="Trebuchet MS" w:hAnsi="Trebuchet MS"/>
        </w:rPr>
        <w:t>Danke, Marius. Super, dann an euch da draußen noch alles Gute und w</w:t>
      </w:r>
      <w:r w:rsidRPr="00A257C2">
        <w:rPr>
          <w:rFonts w:ascii="Trebuchet MS" w:hAnsi="Trebuchet MS"/>
        </w:rPr>
        <w:t>ir hören uns demnächst wieder im Selbsthilfe-Podcast. Ciao, ciao.</w:t>
      </w:r>
      <w:bookmarkStart w:id="0" w:name="_GoBack"/>
      <w:bookmarkEnd w:id="0"/>
    </w:p>
    <w:sectPr w:rsidR="00D927AC" w:rsidRPr="00A257C2"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257C2"/>
    <w:rsid w:val="00AA1D8D"/>
    <w:rsid w:val="00B47730"/>
    <w:rsid w:val="00CB0664"/>
    <w:rsid w:val="00D927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943EBE2-69CE-4565-ACA2-0C93789D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29BA4-D2AD-449C-AAF9-05B3B8D4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5266</Words>
  <Characters>33178</Characters>
  <Application>Microsoft Office Word</Application>
  <DocSecurity>0</DocSecurity>
  <Lines>276</Lines>
  <Paragraphs>76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mschlichting</cp:lastModifiedBy>
  <cp:revision>2</cp:revision>
  <dcterms:created xsi:type="dcterms:W3CDTF">2026-10-09T18:37:00Z</dcterms:created>
  <dcterms:modified xsi:type="dcterms:W3CDTF">2026-10-09T18:37:00Z</dcterms:modified>
  <cp:category/>
</cp:coreProperties>
</file>